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92C7E" w14:textId="77777777" w:rsidR="00CC4682" w:rsidRPr="00D65E4F" w:rsidRDefault="00000000">
      <w:pPr>
        <w:pStyle w:val="Title"/>
        <w:jc w:val="center"/>
        <w:rPr>
          <w:rFonts w:cstheme="majorHAnsi"/>
        </w:rPr>
      </w:pPr>
      <w:r w:rsidRPr="00D65E4F">
        <w:rPr>
          <w:rFonts w:cstheme="majorHAnsi"/>
        </w:rPr>
        <w:t>Community Grant Policy, Application &amp; Evaluation</w:t>
      </w:r>
    </w:p>
    <w:p w14:paraId="01ECAF99" w14:textId="2269D4A9" w:rsidR="00CC4682" w:rsidRPr="00D65E4F" w:rsidRDefault="00000000">
      <w:pPr>
        <w:jc w:val="center"/>
        <w:rPr>
          <w:rFonts w:asciiTheme="majorHAnsi" w:hAnsiTheme="majorHAnsi" w:cstheme="majorHAnsi"/>
          <w:sz w:val="22"/>
        </w:rPr>
      </w:pPr>
      <w:r w:rsidRPr="00D65E4F">
        <w:rPr>
          <w:rFonts w:asciiTheme="majorHAnsi" w:hAnsiTheme="majorHAnsi" w:cstheme="majorHAnsi"/>
          <w:b/>
          <w:sz w:val="22"/>
        </w:rPr>
        <w:t xml:space="preserve">Revised draft for adoption - September 2026 </w:t>
      </w:r>
    </w:p>
    <w:p w14:paraId="7019418B" w14:textId="77777777" w:rsidR="00CC4682" w:rsidRPr="00D65E4F" w:rsidRDefault="00CC4682">
      <w:pPr>
        <w:pBdr>
          <w:bottom w:val="single" w:sz="12" w:space="0" w:color="171B49"/>
        </w:pBdr>
        <w:spacing w:after="160"/>
        <w:rPr>
          <w:rFonts w:asciiTheme="majorHAnsi" w:hAnsiTheme="majorHAnsi" w:cstheme="majorHAnsi"/>
        </w:rPr>
      </w:pPr>
    </w:p>
    <w:p w14:paraId="13F45DD9" w14:textId="28C8DE52" w:rsidR="00CC4682" w:rsidRPr="00D65E4F" w:rsidRDefault="00000000" w:rsidP="00D65E4F">
      <w:pPr>
        <w:rPr>
          <w:rFonts w:asciiTheme="majorHAnsi" w:hAnsiTheme="majorHAnsi" w:cstheme="majorHAnsi"/>
          <w:b/>
          <w:sz w:val="22"/>
        </w:rPr>
      </w:pPr>
      <w:r w:rsidRPr="00D65E4F">
        <w:rPr>
          <w:rFonts w:asciiTheme="majorHAnsi" w:hAnsiTheme="majorHAnsi" w:cstheme="majorHAnsi"/>
          <w:b/>
          <w:sz w:val="22"/>
        </w:rPr>
        <w:t>Adoption date: __________________   Minute ref: __________________    Review date: __________________</w:t>
      </w:r>
    </w:p>
    <w:p w14:paraId="20C10B0D" w14:textId="77777777" w:rsidR="00CC4682" w:rsidRPr="00D65E4F" w:rsidRDefault="00000000">
      <w:pPr>
        <w:pStyle w:val="Heading1"/>
        <w:rPr>
          <w:rFonts w:cstheme="majorHAnsi"/>
          <w:color w:val="auto"/>
        </w:rPr>
      </w:pPr>
      <w:r w:rsidRPr="00D65E4F">
        <w:rPr>
          <w:rFonts w:cstheme="majorHAnsi"/>
          <w:color w:val="auto"/>
        </w:rPr>
        <w:t>1. Purpose and principles</w:t>
      </w:r>
    </w:p>
    <w:p w14:paraId="28D1B48F"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Wheldrake Parish Council sets aside funding which may be awarded to eligible organisations and community groups for projects, services and events that benefit residents of Wheldrake. The scheme is intended to be open, transparent, fair and accountable, and to protect public money.</w:t>
      </w:r>
    </w:p>
    <w:p w14:paraId="1008ACB1"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Every award must be supported by an appropriate statutory power. The Clerk/RFO will identify the relevant power before the Council determines an application.</w:t>
      </w:r>
    </w:p>
    <w:p w14:paraId="37D5B481"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section 137 of the Local Government Act 1972 is used, the Council will have regard to the statutory expenditure limit in force for that financial year and to the requirement that expenditure is commensurate with the benefit to the area or its inhabitants.</w:t>
      </w:r>
    </w:p>
    <w:p w14:paraId="1C7A872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Applications are assessed on their individual merits. There is no automatic entitlement to funding and a previous award does not create an expectation of future funding.</w:t>
      </w:r>
    </w:p>
    <w:p w14:paraId="23A028FB"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Funding must benefit some or all inhabitants of the parish and must not be made for the private benefit of an individual or commercial business.</w:t>
      </w:r>
    </w:p>
    <w:p w14:paraId="5250ED0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Applications and supporting information used for decision-making may become public documents, subject to lawful redaction of personal, confidential or commercially sensitive information.</w:t>
      </w:r>
    </w:p>
    <w:p w14:paraId="05A279E5" w14:textId="77777777" w:rsidR="00CC4682" w:rsidRPr="00D65E4F" w:rsidRDefault="00000000">
      <w:pPr>
        <w:pStyle w:val="Heading1"/>
        <w:rPr>
          <w:rFonts w:cstheme="majorHAnsi"/>
          <w:color w:val="auto"/>
        </w:rPr>
      </w:pPr>
      <w:r w:rsidRPr="00D65E4F">
        <w:rPr>
          <w:rFonts w:cstheme="majorHAnsi"/>
          <w:color w:val="auto"/>
        </w:rPr>
        <w:t>2. What may be funded</w:t>
      </w:r>
    </w:p>
    <w:p w14:paraId="452AF0D3"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Projects, services or events which make Wheldrake a better place in which to live, work or visit and provide a demonstrable benefit to residents.</w:t>
      </w:r>
    </w:p>
    <w:p w14:paraId="1B65B60E"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New community projects, development of a new group or local forum, community events, training and capacity building.</w:t>
      </w:r>
    </w:p>
    <w:p w14:paraId="2806040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Capital items or works which will assist an eligible organisation to deliver community benefit.</w:t>
      </w:r>
    </w:p>
    <w:p w14:paraId="09D5BC04"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Activities including sport, recreation, play, arts, culture, heritage, community festivals and other projects with a clear local benefit.</w:t>
      </w:r>
    </w:p>
    <w:p w14:paraId="679AAAC2"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The Council will consider the number and nature of beneficiaries, evidence of need and community support, value for money, other funding available, the applicant's own contribution, financial sustainability and the risks associated with the proposal.</w:t>
      </w:r>
    </w:p>
    <w:p w14:paraId="3395D55B" w14:textId="77777777" w:rsidR="00CC4682" w:rsidRPr="00D65E4F" w:rsidRDefault="00000000">
      <w:pPr>
        <w:pStyle w:val="Heading1"/>
        <w:rPr>
          <w:rFonts w:cstheme="majorHAnsi"/>
          <w:color w:val="auto"/>
        </w:rPr>
      </w:pPr>
      <w:r w:rsidRPr="00D65E4F">
        <w:rPr>
          <w:rFonts w:cstheme="majorHAnsi"/>
          <w:color w:val="auto"/>
        </w:rPr>
        <w:t>3. Who may apply</w:t>
      </w:r>
    </w:p>
    <w:p w14:paraId="1626C7B9"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Applications are open to established voluntary, community and charitable organisations and to newly formed or informal groups which are properly constituted by the date of application. Organisations based outside the parish may apply where they can demonstrate a direct benefit to Wheldrake residents.</w:t>
      </w:r>
    </w:p>
    <w:p w14:paraId="68C8B881" w14:textId="77777777" w:rsidR="00CC4682" w:rsidRPr="00D65E4F" w:rsidRDefault="00000000">
      <w:pPr>
        <w:pStyle w:val="Heading2"/>
        <w:rPr>
          <w:rFonts w:cstheme="majorHAnsi"/>
          <w:color w:val="auto"/>
        </w:rPr>
      </w:pPr>
      <w:r w:rsidRPr="00D65E4F">
        <w:rPr>
          <w:rFonts w:cstheme="majorHAnsi"/>
          <w:color w:val="auto"/>
        </w:rPr>
        <w:lastRenderedPageBreak/>
        <w:t>3.1 Established organisations</w:t>
      </w:r>
    </w:p>
    <w:p w14:paraId="775B24D2"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Must have a constitution or governing document setting out aims, objectives and operating arrangements.</w:t>
      </w:r>
    </w:p>
    <w:p w14:paraId="7EA08512"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Must have an organisation bank account requiring at least two authorised signatories/approvers who are not from the same household.</w:t>
      </w:r>
    </w:p>
    <w:p w14:paraId="6F1DFC3F"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Must provide the latest approved annual accounts and the three most recent bank statements.</w:t>
      </w:r>
    </w:p>
    <w:p w14:paraId="6C62EEB3"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Must provide details of officers/trustees/committee members and evidence that the person submitting the application is authorised to do so.</w:t>
      </w:r>
    </w:p>
    <w:p w14:paraId="2A6C45EF"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Must have appropriate equality, safeguarding, health and safety, insurance and other policies where relevant to its activities.</w:t>
      </w:r>
    </w:p>
    <w:p w14:paraId="16C3B3E0" w14:textId="77777777" w:rsidR="00CC4682" w:rsidRPr="00D65E4F" w:rsidRDefault="00000000">
      <w:pPr>
        <w:pStyle w:val="Heading2"/>
        <w:rPr>
          <w:rFonts w:cstheme="majorHAnsi"/>
          <w:color w:val="auto"/>
        </w:rPr>
      </w:pPr>
      <w:r w:rsidRPr="00D65E4F">
        <w:rPr>
          <w:rFonts w:cstheme="majorHAnsi"/>
          <w:color w:val="auto"/>
        </w:rPr>
        <w:t>3.2 Newly formed or informal groups</w:t>
      </w:r>
    </w:p>
    <w:p w14:paraId="6CD847E1" w14:textId="3ECB4070" w:rsidR="00CC4682" w:rsidRPr="00D65E4F" w:rsidRDefault="00000000">
      <w:pPr>
        <w:rPr>
          <w:rFonts w:asciiTheme="majorHAnsi" w:hAnsiTheme="majorHAnsi" w:cstheme="majorHAnsi"/>
          <w:sz w:val="22"/>
        </w:rPr>
      </w:pPr>
      <w:r w:rsidRPr="00D65E4F">
        <w:rPr>
          <w:rFonts w:asciiTheme="majorHAnsi" w:hAnsiTheme="majorHAnsi" w:cstheme="majorHAnsi"/>
          <w:sz w:val="22"/>
        </w:rPr>
        <w:t xml:space="preserve">A new group will not be excluded solely because it has no historic accounts or bank statements. </w:t>
      </w:r>
      <w:r w:rsidR="00A300AF" w:rsidRPr="00D65E4F">
        <w:rPr>
          <w:rFonts w:asciiTheme="majorHAnsi" w:hAnsiTheme="majorHAnsi" w:cstheme="majorHAnsi"/>
          <w:sz w:val="22"/>
        </w:rPr>
        <w:t>Instead,</w:t>
      </w:r>
      <w:r w:rsidRPr="00D65E4F">
        <w:rPr>
          <w:rFonts w:asciiTheme="majorHAnsi" w:hAnsiTheme="majorHAnsi" w:cstheme="majorHAnsi"/>
          <w:sz w:val="22"/>
        </w:rPr>
        <w:t xml:space="preserve"> it must provide sufficient alternative evidence to allow the Council to verify that it is a genuine community body and assess financial risk.</w:t>
      </w:r>
    </w:p>
    <w:p w14:paraId="404A62B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 signed constitution or set of rules, together with the date it was adopted.</w:t>
      </w:r>
    </w:p>
    <w:p w14:paraId="00BA20E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Names and roles of the group's officers/committee members and minutes or other evidence confirming their appointment and authority to apply.</w:t>
      </w:r>
    </w:p>
    <w:p w14:paraId="7F8D4BF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 detailed project budget and a 12-month income and expenditure forecast.</w:t>
      </w:r>
    </w:p>
    <w:p w14:paraId="6AA8C502"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Details of any bank account opened for the group. No grant will be paid into an individual's personal bank account.</w:t>
      </w:r>
    </w:p>
    <w:p w14:paraId="679AC79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an appropriate organisational bank account is not yet available, the Council may, at its sole discretion, pay approved suppliers directly against valid invoices rather than transfer grant funds to the group.</w:t>
      </w:r>
    </w:p>
    <w:p w14:paraId="37E82BAC"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Any other evidence reasonably requested by the Clerk/RFO to verify the group's existence, governance, independence and ability to deliver the project.</w:t>
      </w:r>
    </w:p>
    <w:p w14:paraId="60E03F52" w14:textId="77777777" w:rsidR="00CC4682" w:rsidRPr="00D65E4F" w:rsidRDefault="00000000">
      <w:pPr>
        <w:pStyle w:val="Heading1"/>
        <w:rPr>
          <w:rFonts w:cstheme="majorHAnsi"/>
          <w:color w:val="auto"/>
        </w:rPr>
      </w:pPr>
      <w:r w:rsidRPr="00D65E4F">
        <w:rPr>
          <w:rFonts w:cstheme="majorHAnsi"/>
          <w:color w:val="auto"/>
        </w:rPr>
        <w:t>4. Ineligible applications</w:t>
      </w:r>
    </w:p>
    <w:p w14:paraId="15EA24D4"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Applications from individuals or private/commercial businesses.</w:t>
      </w:r>
    </w:p>
    <w:p w14:paraId="52938C0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Applications where the principal purpose is to provide private profit or financial benefit to an individual or commercial business rather than community benefit.</w:t>
      </w:r>
    </w:p>
    <w:p w14:paraId="0170503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Organisations wishing simply to pass the grant to another individual or organisation.</w:t>
      </w:r>
    </w:p>
    <w:p w14:paraId="4CC26676"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Expenditure incurred or irrevocably committed before the Council confirms an award.</w:t>
      </w:r>
    </w:p>
    <w:p w14:paraId="58E188D8"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Loans, interest payments, projects that are primarily the responsibility of another public body, or projects principally benefiting privately owned land/property.</w:t>
      </w:r>
    </w:p>
    <w:p w14:paraId="5F4BB2D0"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National organisations with no meaningful local connection or direct local benefit.</w:t>
      </w:r>
    </w:p>
    <w:p w14:paraId="7617C86D"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Routine repairs or maintenance of religious buildings, subject to any separate statutory power and Council decision.</w:t>
      </w:r>
    </w:p>
    <w:p w14:paraId="0970E8E6" w14:textId="5D7B9742" w:rsidR="00CC4682"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School activities taking place during the school day unless the Council considers the proposal to provide a demonstrable wider community benefit.</w:t>
      </w:r>
    </w:p>
    <w:p w14:paraId="6966A301" w14:textId="79DEBE9D" w:rsidR="00A300AF" w:rsidRPr="00D65E4F" w:rsidRDefault="00A300AF">
      <w:pPr>
        <w:pStyle w:val="ListBullet"/>
        <w:spacing w:after="40"/>
        <w:rPr>
          <w:rFonts w:asciiTheme="majorHAnsi" w:hAnsiTheme="majorHAnsi" w:cstheme="majorHAnsi"/>
          <w:sz w:val="22"/>
        </w:rPr>
      </w:pPr>
      <w:r>
        <w:rPr>
          <w:rFonts w:asciiTheme="majorHAnsi" w:hAnsiTheme="majorHAnsi" w:cstheme="majorHAnsi"/>
          <w:sz w:val="22"/>
        </w:rPr>
        <w:t xml:space="preserve">Routine running and core operating costs of an organisation, including general administration, ongoing costs, rent, utilities, insurance, subscriptions and other recurring overheads that would be incurred regardless of the project for which funding is sought. The Council may consider costs that are directly and </w:t>
      </w:r>
      <w:r>
        <w:rPr>
          <w:rFonts w:asciiTheme="majorHAnsi" w:hAnsiTheme="majorHAnsi" w:cstheme="majorHAnsi"/>
          <w:sz w:val="22"/>
        </w:rPr>
        <w:lastRenderedPageBreak/>
        <w:t xml:space="preserve">demonstrably attributable to delivering the specific project, service or event for which the grant is requested. Applicants must clearly identify and justify such costs in their application. </w:t>
      </w:r>
    </w:p>
    <w:p w14:paraId="4BA3773A" w14:textId="77777777" w:rsidR="00CC4682" w:rsidRPr="00D65E4F" w:rsidRDefault="00000000">
      <w:pPr>
        <w:pStyle w:val="Heading1"/>
        <w:rPr>
          <w:rFonts w:cstheme="majorHAnsi"/>
          <w:color w:val="auto"/>
        </w:rPr>
      </w:pPr>
      <w:r w:rsidRPr="00D65E4F">
        <w:rPr>
          <w:rFonts w:cstheme="majorHAnsi"/>
          <w:color w:val="auto"/>
        </w:rPr>
        <w:t>5. Commercial involvement, related parties and conflicts</w:t>
      </w:r>
    </w:p>
    <w:p w14:paraId="5921C456"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The use of a commercial supplier does not by itself make a community project ineligible. The Council must, however, be able to distinguish an independent community project from an arrangement which principally subsidises or benefits a private business.</w:t>
      </w:r>
    </w:p>
    <w:p w14:paraId="7F75F007"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Applicants must disclose every private business or paid individual materially involved in organising, promoting, supplying or delivering the funded project/event and state the role and expected payment.</w:t>
      </w:r>
    </w:p>
    <w:p w14:paraId="6A86461C"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Applicants must disclose any family, employment, ownership, management or other financial connection between the applicant's officers/committee members and any supplier, contractor, promoter or other person receiving payment from the project.</w:t>
      </w:r>
    </w:p>
    <w:p w14:paraId="3C3C8CE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a related-party transaction exists, the applicant must explain how the supplier was selected and demonstrate that the cost represents reasonable value.</w:t>
      </w:r>
    </w:p>
    <w:p w14:paraId="79F5F62B"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Failure to disclose a material connection or financial interest may result in refusal, suspension of payment or recovery of grant funding.</w:t>
      </w:r>
    </w:p>
    <w:p w14:paraId="6BF1CCAD" w14:textId="77777777" w:rsidR="00CC4682" w:rsidRPr="00D65E4F" w:rsidRDefault="00000000">
      <w:pPr>
        <w:pStyle w:val="Heading1"/>
        <w:rPr>
          <w:rFonts w:cstheme="majorHAnsi"/>
          <w:color w:val="auto"/>
        </w:rPr>
      </w:pPr>
      <w:r w:rsidRPr="00D65E4F">
        <w:rPr>
          <w:rFonts w:cstheme="majorHAnsi"/>
          <w:color w:val="auto"/>
        </w:rPr>
        <w:t>6. Information required with an application</w:t>
      </w:r>
    </w:p>
    <w:p w14:paraId="3645E8D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Full description of the project, intended outcomes, beneficiaries and evidence of local need/support.</w:t>
      </w:r>
    </w:p>
    <w:p w14:paraId="3302011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Total project cost, including VAT where applicable, not merely the amount requested from the Parish Council.</w:t>
      </w:r>
    </w:p>
    <w:p w14:paraId="6EF043F7"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 full funding plan identifying grants, sponsorship, donations, fundraising, ticket/admission income, trading income, applicant contribution and other anticipated income.</w:t>
      </w:r>
    </w:p>
    <w:p w14:paraId="126C438F"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Amount requested from the Parish Council and the specific costs/elements it will fund.</w:t>
      </w:r>
    </w:p>
    <w:p w14:paraId="5E687CEB"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Written quotations for capital items and works over £500. The Council may request additional quotations or evidence of value for money for any material expenditure.</w:t>
      </w:r>
    </w:p>
    <w:p w14:paraId="698D3782"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Constitution/governing document and the financial/governance evidence applicable to the organisation's status.</w:t>
      </w:r>
    </w:p>
    <w:p w14:paraId="699764E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For applications up to and including £5,000, a 12-month forward plan covering activities and finance; for applications over £5,000, a proportionate project/business plan and detailed budget/cashflow sufficient for the Council to assess delivery and financial risk.</w:t>
      </w:r>
    </w:p>
    <w:p w14:paraId="700689E4"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Evidence of licences, permissions, insurance, safeguarding arrangements or other regulatory compliance where relevant.</w:t>
      </w:r>
    </w:p>
    <w:p w14:paraId="45E4F4D3"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The Clerk/RFO may request clarification or additional information before an application is placed before the Council. An incomplete application may be deferred.</w:t>
      </w:r>
    </w:p>
    <w:p w14:paraId="7B912C5F" w14:textId="77777777" w:rsidR="00CC4682" w:rsidRPr="00D65E4F" w:rsidRDefault="00000000">
      <w:pPr>
        <w:pStyle w:val="Heading1"/>
        <w:rPr>
          <w:rFonts w:cstheme="majorHAnsi"/>
          <w:color w:val="auto"/>
        </w:rPr>
      </w:pPr>
      <w:r w:rsidRPr="00D65E4F">
        <w:rPr>
          <w:rFonts w:cstheme="majorHAnsi"/>
          <w:color w:val="auto"/>
        </w:rPr>
        <w:t>7. Public consultation for applications over £5,000</w:t>
      </w:r>
    </w:p>
    <w:p w14:paraId="0B604408"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Any single application requesting more than £5,000 will normally be subject to public consultation before determination.</w:t>
      </w:r>
    </w:p>
    <w:p w14:paraId="071EA2C7"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The application and appropriate supporting information will be published by the Council, with personal, confidential and legitimately commercially sensitive information redacted where necessary.</w:t>
      </w:r>
    </w:p>
    <w:p w14:paraId="3D5764C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lastRenderedPageBreak/>
        <w:t>Residents will normally be given at least 14 clear days to submit comments.</w:t>
      </w:r>
    </w:p>
    <w:p w14:paraId="5CC27192"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Representations received will be summarised or provided to councillors as part of the decision-making material.</w:t>
      </w:r>
    </w:p>
    <w:p w14:paraId="2A8BE63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Consultation responses are advisory. The legal responsibility for deciding whether to award a grant remains with Wheldrake Parish Council.</w:t>
      </w:r>
    </w:p>
    <w:p w14:paraId="540C0008"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The Council may also consult on an application of £5,000 or less where it considers the proposal unusually significant, high-risk or of substantial community interest.</w:t>
      </w:r>
    </w:p>
    <w:p w14:paraId="6B6A1F40"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In exceptional circumstances the Council may vary the consultation arrangements where there is a lawful and recorded reason for doing so.</w:t>
      </w:r>
    </w:p>
    <w:p w14:paraId="613DCD1D" w14:textId="77777777" w:rsidR="00CC4682" w:rsidRPr="00D65E4F" w:rsidRDefault="00000000">
      <w:pPr>
        <w:pStyle w:val="Heading1"/>
        <w:rPr>
          <w:rFonts w:cstheme="majorHAnsi"/>
          <w:color w:val="auto"/>
        </w:rPr>
      </w:pPr>
      <w:r w:rsidRPr="00D65E4F">
        <w:rPr>
          <w:rFonts w:cstheme="majorHAnsi"/>
          <w:color w:val="auto"/>
        </w:rPr>
        <w:t>8. Decision-making</w:t>
      </w:r>
    </w:p>
    <w:p w14:paraId="1AF2BCE9" w14:textId="173BD3D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Applications will normally be considered at the Council's June and December meetings and should be submitted to the Clerk.</w:t>
      </w:r>
    </w:p>
    <w:p w14:paraId="6D45F548"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All decisions will be made by the Council at a properly convened meeting and recorded in the minutes.</w:t>
      </w:r>
    </w:p>
    <w:p w14:paraId="2FDFC5A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Councillors will consider community benefit, need/support, value for money, applicant governance, financial stability, other funding, own contribution, deliverability, risk, consultation responses where applicable and any conflicts or commercial involvement.</w:t>
      </w:r>
    </w:p>
    <w:p w14:paraId="36AEE400"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The Council may award the amount requested, offer a lower amount, attach proportionate conditions, defer for further information or refuse the application.</w:t>
      </w:r>
    </w:p>
    <w:p w14:paraId="6E6D944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partnership funding is material to delivery, the Council may make its award conditional on that funding being secured.</w:t>
      </w:r>
    </w:p>
    <w:p w14:paraId="7CDEAEE0"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Councillors may request a site visit or presentation where reasonably necessary to understand an application.</w:t>
      </w:r>
    </w:p>
    <w:p w14:paraId="05E7B90C" w14:textId="77777777" w:rsidR="00CC4682" w:rsidRPr="00D65E4F" w:rsidRDefault="00000000">
      <w:pPr>
        <w:pStyle w:val="Heading1"/>
        <w:rPr>
          <w:rFonts w:cstheme="majorHAnsi"/>
          <w:color w:val="auto"/>
        </w:rPr>
      </w:pPr>
      <w:r w:rsidRPr="00D65E4F">
        <w:rPr>
          <w:rFonts w:cstheme="majorHAnsi"/>
          <w:color w:val="auto"/>
        </w:rPr>
        <w:t>9. Payment and conditions of award</w:t>
      </w:r>
    </w:p>
    <w:p w14:paraId="25B2A39B"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 signed Grant Agreement accepting the award conditions is required before funds are released.</w:t>
      </w:r>
    </w:p>
    <w:p w14:paraId="513B252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Grant money must be used only for the purpose and approved cost headings stated in the application and award decision. Material changes require prior written Council approval.</w:t>
      </w:r>
    </w:p>
    <w:p w14:paraId="650D640B"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No grant will be paid to a personal bank account. The Council may pay suppliers directly where this is considered necessary to safeguard public money.</w:t>
      </w:r>
    </w:p>
    <w:p w14:paraId="4DC3E52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requested, payment will only be made on receipt of appropriate invoices or other evidence.</w:t>
      </w:r>
    </w:p>
    <w:p w14:paraId="6F3A8C8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Grants must normally be spent within six months of the award; the Council may agree an extension, normally up to 12 months.</w:t>
      </w:r>
    </w:p>
    <w:p w14:paraId="342E6AA4"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The Parish Council's contribution must be acknowledged in appropriate publicity.</w:t>
      </w:r>
    </w:p>
    <w:p w14:paraId="73BDED9E"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Any unspent grant, or money not required for the approved purpose, must be returned unless the Council has expressly agreed otherwise in writing.</w:t>
      </w:r>
    </w:p>
    <w:p w14:paraId="5851B0A5"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Grant funding must not be transferred into general reserves or used to create an undisclosed private or commercial benefit.</w:t>
      </w:r>
    </w:p>
    <w:p w14:paraId="50F299A9" w14:textId="77777777" w:rsidR="00CC4682" w:rsidRPr="00D65E4F" w:rsidRDefault="00000000">
      <w:pPr>
        <w:pStyle w:val="Heading1"/>
        <w:rPr>
          <w:rFonts w:cstheme="majorHAnsi"/>
          <w:color w:val="auto"/>
        </w:rPr>
      </w:pPr>
      <w:r w:rsidRPr="00D65E4F">
        <w:rPr>
          <w:rFonts w:cstheme="majorHAnsi"/>
          <w:color w:val="auto"/>
        </w:rPr>
        <w:lastRenderedPageBreak/>
        <w:t>10. Monitoring, evaluation and recovery</w:t>
      </w:r>
    </w:p>
    <w:p w14:paraId="05FDBB92"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All successful applicants must complete the Council's Grant Completion &amp; Evaluation Form. Monitoring will be proportionate to the value and risk of the award.</w:t>
      </w:r>
    </w:p>
    <w:p w14:paraId="721174FA"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For all grants, the completion form must state what was delivered, who benefited, the actual project income and expenditure, the use made of the Parish Council grant and any material variation from the application.</w:t>
      </w:r>
    </w:p>
    <w:p w14:paraId="22C189B7"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For grants over £1,000, evidence of expenditure attributable to the grant must be provided as standard.</w:t>
      </w:r>
    </w:p>
    <w:p w14:paraId="75CD04B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For grants over £5,000, the applicant must provide a full project/event financial reconciliation showing all material sources of income and all material expenditure, together with supporting evidence reasonably requested by the Council, including invoices, receipts, relevant bank evidence, attendance/beneficiary information and details of any surplus or deficit.</w:t>
      </w:r>
    </w:p>
    <w:p w14:paraId="553B25D7"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Any surplus does not automatically become repayable merely because a project generated income. The Council will consider whether the grant was used for the approved purpose, whether any part remains unspent or was not required for that purpose, whether the financial position materially differed from that presented in the application, and the terms of the particular award.</w:t>
      </w:r>
    </w:p>
    <w:p w14:paraId="59279407" w14:textId="49914DDC"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Where financial assistance is provided in circumstances to which section 137A of the Local Government Act 1972 applies, the Council will impose the statutory reporting requirement applicable to that assistance. This is separate from, and in addition to, the Council’s monitoring and evaluation requirements under this policy</w:t>
      </w:r>
      <w:r w:rsidR="00D65E4F">
        <w:rPr>
          <w:rFonts w:asciiTheme="majorHAnsi" w:hAnsiTheme="majorHAnsi" w:cstheme="majorHAnsi"/>
          <w:sz w:val="22"/>
        </w:rPr>
        <w:t xml:space="preserve">. </w:t>
      </w:r>
    </w:p>
    <w:p w14:paraId="5E66B219" w14:textId="77777777" w:rsidR="00CC4682" w:rsidRPr="00D65E4F" w:rsidRDefault="00000000">
      <w:pPr>
        <w:pStyle w:val="ListBullet"/>
        <w:spacing w:after="40"/>
        <w:rPr>
          <w:rFonts w:asciiTheme="majorHAnsi" w:hAnsiTheme="majorHAnsi" w:cstheme="majorHAnsi"/>
          <w:sz w:val="22"/>
        </w:rPr>
      </w:pPr>
      <w:r w:rsidRPr="00D65E4F">
        <w:rPr>
          <w:rFonts w:asciiTheme="majorHAnsi" w:hAnsiTheme="majorHAnsi" w:cstheme="majorHAnsi"/>
          <w:sz w:val="22"/>
        </w:rPr>
        <w:t>The Council may request additional monitoring information where reasonably necessary to demonstrate proper use of public funds.</w:t>
      </w:r>
    </w:p>
    <w:p w14:paraId="24CB55F4"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The Council may seek repayment in whole or in part where funds have not been used for the approved purpose, remain unspent, material information was false or misleading, a material conflict/financial interest was not disclosed, monitoring information is not supplied when required, or another condition of award has been breached. Any recovery decision will be made by the Council having regard to the circumstances and the terms applicable to the award.</w:t>
      </w:r>
    </w:p>
    <w:p w14:paraId="27AD488F" w14:textId="77777777" w:rsidR="00CC4682" w:rsidRPr="00D65E4F" w:rsidRDefault="00000000">
      <w:pPr>
        <w:pStyle w:val="Heading1"/>
        <w:rPr>
          <w:rFonts w:cstheme="majorHAnsi"/>
          <w:color w:val="auto"/>
        </w:rPr>
      </w:pPr>
      <w:r w:rsidRPr="00D65E4F">
        <w:rPr>
          <w:rFonts w:cstheme="majorHAnsi"/>
          <w:color w:val="auto"/>
        </w:rPr>
        <w:t>11. Data, transparency and records</w:t>
      </w:r>
    </w:p>
    <w:p w14:paraId="3DC56466"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Applicants should assume that the application, award decision and non-confidential monitoring information may be published or disclosed where required by law. Personal data and genuinely confidential information will be handled in accordance with applicable data protection and access-to-information requirements. Applicants should not submit unnecessary personal or sensitive information.</w:t>
      </w:r>
    </w:p>
    <w:p w14:paraId="58A97DB6" w14:textId="77777777" w:rsidR="00CC4682" w:rsidRPr="00D65E4F" w:rsidRDefault="00000000">
      <w:pPr>
        <w:pStyle w:val="Heading1"/>
        <w:rPr>
          <w:rFonts w:cstheme="majorHAnsi"/>
          <w:color w:val="auto"/>
        </w:rPr>
      </w:pPr>
      <w:r w:rsidRPr="00D65E4F">
        <w:rPr>
          <w:rFonts w:cstheme="majorHAnsi"/>
          <w:color w:val="auto"/>
        </w:rPr>
        <w:t>12. Review</w:t>
      </w:r>
    </w:p>
    <w:p w14:paraId="79489517"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This policy will normally be reviewed annually or earlier if legislation, guidance or the Council's experience indicates that amendment is required.</w:t>
      </w:r>
    </w:p>
    <w:p w14:paraId="708C9BB9" w14:textId="77777777" w:rsidR="00CC4682" w:rsidRPr="00D65E4F" w:rsidRDefault="00000000">
      <w:pPr>
        <w:rPr>
          <w:rFonts w:asciiTheme="majorHAnsi" w:hAnsiTheme="majorHAnsi" w:cstheme="majorHAnsi"/>
        </w:rPr>
      </w:pPr>
      <w:r w:rsidRPr="00D65E4F">
        <w:rPr>
          <w:rFonts w:asciiTheme="majorHAnsi" w:hAnsiTheme="majorHAnsi" w:cstheme="majorHAnsi"/>
        </w:rPr>
        <w:br w:type="page"/>
      </w:r>
    </w:p>
    <w:p w14:paraId="5D3EF886" w14:textId="77777777" w:rsidR="00CC4682" w:rsidRPr="00D65E4F" w:rsidRDefault="00000000">
      <w:pPr>
        <w:pStyle w:val="Heading1"/>
        <w:rPr>
          <w:rFonts w:cstheme="majorHAnsi"/>
          <w:color w:val="auto"/>
        </w:rPr>
      </w:pPr>
      <w:r w:rsidRPr="00D65E4F">
        <w:rPr>
          <w:rFonts w:cstheme="majorHAnsi"/>
          <w:color w:val="auto"/>
        </w:rPr>
        <w:lastRenderedPageBreak/>
        <w:t>Community Grant Application Form</w:t>
      </w:r>
    </w:p>
    <w:p w14:paraId="53D1114F"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Please read the Community Grant Policy before completing this form. Answer every applicable question. The Council may defer an incomplete application.</w:t>
      </w:r>
    </w:p>
    <w:tbl>
      <w:tblPr>
        <w:tblStyle w:val="TableGrid"/>
        <w:tblW w:w="0" w:type="auto"/>
        <w:jc w:val="center"/>
        <w:tblLook w:val="04A0" w:firstRow="1" w:lastRow="0" w:firstColumn="1" w:lastColumn="0" w:noHBand="0" w:noVBand="1"/>
      </w:tblPr>
      <w:tblGrid>
        <w:gridCol w:w="3240"/>
        <w:gridCol w:w="6768"/>
      </w:tblGrid>
      <w:tr w:rsidR="00CC4682" w:rsidRPr="00D65E4F" w14:paraId="3CE66166" w14:textId="77777777">
        <w:trPr>
          <w:trHeight w:val="420"/>
          <w:jc w:val="center"/>
        </w:trPr>
        <w:tc>
          <w:tcPr>
            <w:tcW w:w="3240" w:type="dxa"/>
            <w:shd w:val="clear" w:color="auto" w:fill="D9D9D9"/>
            <w:tcMar>
              <w:top w:w="80" w:type="dxa"/>
              <w:left w:w="100" w:type="dxa"/>
              <w:bottom w:w="80" w:type="dxa"/>
              <w:right w:w="100" w:type="dxa"/>
            </w:tcMar>
          </w:tcPr>
          <w:p w14:paraId="1691DB5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Name of organisation/group</w:t>
            </w:r>
          </w:p>
        </w:tc>
        <w:tc>
          <w:tcPr>
            <w:tcW w:w="6768" w:type="dxa"/>
            <w:tcMar>
              <w:top w:w="80" w:type="dxa"/>
              <w:left w:w="100" w:type="dxa"/>
              <w:bottom w:w="80" w:type="dxa"/>
              <w:right w:w="100" w:type="dxa"/>
            </w:tcMar>
          </w:tcPr>
          <w:p w14:paraId="74996C8D" w14:textId="77777777" w:rsidR="00CC4682" w:rsidRPr="00D65E4F" w:rsidRDefault="00CC4682">
            <w:pPr>
              <w:rPr>
                <w:rFonts w:asciiTheme="majorHAnsi" w:hAnsiTheme="majorHAnsi" w:cstheme="majorHAnsi"/>
                <w:sz w:val="22"/>
              </w:rPr>
            </w:pPr>
          </w:p>
        </w:tc>
      </w:tr>
      <w:tr w:rsidR="00CC4682" w:rsidRPr="00D65E4F" w14:paraId="4B4DD1A0" w14:textId="77777777">
        <w:trPr>
          <w:trHeight w:val="420"/>
          <w:jc w:val="center"/>
        </w:trPr>
        <w:tc>
          <w:tcPr>
            <w:tcW w:w="3240" w:type="dxa"/>
            <w:shd w:val="clear" w:color="auto" w:fill="D9D9D9"/>
            <w:tcMar>
              <w:top w:w="80" w:type="dxa"/>
              <w:left w:w="100" w:type="dxa"/>
              <w:bottom w:w="80" w:type="dxa"/>
              <w:right w:w="100" w:type="dxa"/>
            </w:tcMar>
          </w:tcPr>
          <w:p w14:paraId="6D33496A"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Main contact (name and role)</w:t>
            </w:r>
          </w:p>
        </w:tc>
        <w:tc>
          <w:tcPr>
            <w:tcW w:w="6768" w:type="dxa"/>
            <w:tcMar>
              <w:top w:w="80" w:type="dxa"/>
              <w:left w:w="100" w:type="dxa"/>
              <w:bottom w:w="80" w:type="dxa"/>
              <w:right w:w="100" w:type="dxa"/>
            </w:tcMar>
          </w:tcPr>
          <w:p w14:paraId="63944CA9" w14:textId="77777777" w:rsidR="00CC4682" w:rsidRPr="00D65E4F" w:rsidRDefault="00CC4682">
            <w:pPr>
              <w:rPr>
                <w:rFonts w:asciiTheme="majorHAnsi" w:hAnsiTheme="majorHAnsi" w:cstheme="majorHAnsi"/>
                <w:sz w:val="22"/>
              </w:rPr>
            </w:pPr>
          </w:p>
        </w:tc>
      </w:tr>
      <w:tr w:rsidR="00CC4682" w:rsidRPr="00D65E4F" w14:paraId="31C0207C" w14:textId="77777777">
        <w:trPr>
          <w:trHeight w:val="650"/>
          <w:jc w:val="center"/>
        </w:trPr>
        <w:tc>
          <w:tcPr>
            <w:tcW w:w="3240" w:type="dxa"/>
            <w:shd w:val="clear" w:color="auto" w:fill="D9D9D9"/>
            <w:tcMar>
              <w:top w:w="80" w:type="dxa"/>
              <w:left w:w="100" w:type="dxa"/>
              <w:bottom w:w="80" w:type="dxa"/>
              <w:right w:w="100" w:type="dxa"/>
            </w:tcMar>
          </w:tcPr>
          <w:p w14:paraId="036FC5FD"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Address</w:t>
            </w:r>
          </w:p>
        </w:tc>
        <w:tc>
          <w:tcPr>
            <w:tcW w:w="6768" w:type="dxa"/>
            <w:tcMar>
              <w:top w:w="80" w:type="dxa"/>
              <w:left w:w="100" w:type="dxa"/>
              <w:bottom w:w="80" w:type="dxa"/>
              <w:right w:w="100" w:type="dxa"/>
            </w:tcMar>
          </w:tcPr>
          <w:p w14:paraId="720B2CBC" w14:textId="77777777" w:rsidR="00CC4682" w:rsidRPr="00D65E4F" w:rsidRDefault="00CC4682">
            <w:pPr>
              <w:rPr>
                <w:rFonts w:asciiTheme="majorHAnsi" w:hAnsiTheme="majorHAnsi" w:cstheme="majorHAnsi"/>
                <w:sz w:val="22"/>
              </w:rPr>
            </w:pPr>
          </w:p>
        </w:tc>
      </w:tr>
      <w:tr w:rsidR="00CC4682" w:rsidRPr="00D65E4F" w14:paraId="6F2C8067" w14:textId="77777777">
        <w:trPr>
          <w:trHeight w:val="350"/>
          <w:jc w:val="center"/>
        </w:trPr>
        <w:tc>
          <w:tcPr>
            <w:tcW w:w="3240" w:type="dxa"/>
            <w:shd w:val="clear" w:color="auto" w:fill="D9D9D9"/>
            <w:tcMar>
              <w:top w:w="80" w:type="dxa"/>
              <w:left w:w="100" w:type="dxa"/>
              <w:bottom w:w="80" w:type="dxa"/>
              <w:right w:w="100" w:type="dxa"/>
            </w:tcMar>
          </w:tcPr>
          <w:p w14:paraId="32AAF60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Telephone</w:t>
            </w:r>
          </w:p>
        </w:tc>
        <w:tc>
          <w:tcPr>
            <w:tcW w:w="6768" w:type="dxa"/>
            <w:tcMar>
              <w:top w:w="80" w:type="dxa"/>
              <w:left w:w="100" w:type="dxa"/>
              <w:bottom w:w="80" w:type="dxa"/>
              <w:right w:w="100" w:type="dxa"/>
            </w:tcMar>
          </w:tcPr>
          <w:p w14:paraId="63AC9712" w14:textId="77777777" w:rsidR="00CC4682" w:rsidRPr="00D65E4F" w:rsidRDefault="00CC4682">
            <w:pPr>
              <w:rPr>
                <w:rFonts w:asciiTheme="majorHAnsi" w:hAnsiTheme="majorHAnsi" w:cstheme="majorHAnsi"/>
                <w:sz w:val="22"/>
              </w:rPr>
            </w:pPr>
          </w:p>
        </w:tc>
      </w:tr>
      <w:tr w:rsidR="00CC4682" w:rsidRPr="00D65E4F" w14:paraId="4152AC38" w14:textId="77777777">
        <w:trPr>
          <w:trHeight w:val="350"/>
          <w:jc w:val="center"/>
        </w:trPr>
        <w:tc>
          <w:tcPr>
            <w:tcW w:w="3240" w:type="dxa"/>
            <w:shd w:val="clear" w:color="auto" w:fill="D9D9D9"/>
            <w:tcMar>
              <w:top w:w="80" w:type="dxa"/>
              <w:left w:w="100" w:type="dxa"/>
              <w:bottom w:w="80" w:type="dxa"/>
              <w:right w:w="100" w:type="dxa"/>
            </w:tcMar>
          </w:tcPr>
          <w:p w14:paraId="1946DAB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Email</w:t>
            </w:r>
          </w:p>
        </w:tc>
        <w:tc>
          <w:tcPr>
            <w:tcW w:w="6768" w:type="dxa"/>
            <w:tcMar>
              <w:top w:w="80" w:type="dxa"/>
              <w:left w:w="100" w:type="dxa"/>
              <w:bottom w:w="80" w:type="dxa"/>
              <w:right w:w="100" w:type="dxa"/>
            </w:tcMar>
          </w:tcPr>
          <w:p w14:paraId="4E417C84" w14:textId="77777777" w:rsidR="00CC4682" w:rsidRPr="00D65E4F" w:rsidRDefault="00CC4682">
            <w:pPr>
              <w:rPr>
                <w:rFonts w:asciiTheme="majorHAnsi" w:hAnsiTheme="majorHAnsi" w:cstheme="majorHAnsi"/>
                <w:sz w:val="22"/>
              </w:rPr>
            </w:pPr>
          </w:p>
        </w:tc>
      </w:tr>
      <w:tr w:rsidR="00CC4682" w:rsidRPr="00D65E4F" w14:paraId="319FA44F" w14:textId="77777777">
        <w:trPr>
          <w:trHeight w:val="700"/>
          <w:jc w:val="center"/>
        </w:trPr>
        <w:tc>
          <w:tcPr>
            <w:tcW w:w="3240" w:type="dxa"/>
            <w:shd w:val="clear" w:color="auto" w:fill="D9D9D9"/>
            <w:tcMar>
              <w:top w:w="80" w:type="dxa"/>
              <w:left w:w="100" w:type="dxa"/>
              <w:bottom w:w="80" w:type="dxa"/>
              <w:right w:w="100" w:type="dxa"/>
            </w:tcMar>
          </w:tcPr>
          <w:p w14:paraId="1BA5B92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Organisation status</w:t>
            </w:r>
          </w:p>
        </w:tc>
        <w:tc>
          <w:tcPr>
            <w:tcW w:w="6768" w:type="dxa"/>
            <w:tcMar>
              <w:top w:w="80" w:type="dxa"/>
              <w:left w:w="100" w:type="dxa"/>
              <w:bottom w:w="80" w:type="dxa"/>
              <w:right w:w="100" w:type="dxa"/>
            </w:tcMar>
          </w:tcPr>
          <w:p w14:paraId="3FBC308F"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Unincorporated community group   </w:t>
            </w:r>
            <w:r w:rsidRPr="00D65E4F">
              <w:rPr>
                <w:rFonts w:ascii="Segoe UI Symbol" w:hAnsi="Segoe UI Symbol" w:cs="Segoe UI Symbol"/>
                <w:sz w:val="22"/>
              </w:rPr>
              <w:t>☐</w:t>
            </w:r>
            <w:r w:rsidRPr="00D65E4F">
              <w:rPr>
                <w:rFonts w:asciiTheme="majorHAnsi" w:hAnsiTheme="majorHAnsi" w:cstheme="majorHAnsi"/>
                <w:sz w:val="22"/>
              </w:rPr>
              <w:t xml:space="preserve"> Registered charity   </w:t>
            </w:r>
            <w:r w:rsidRPr="00D65E4F">
              <w:rPr>
                <w:rFonts w:ascii="Segoe UI Symbol" w:hAnsi="Segoe UI Symbol" w:cs="Segoe UI Symbol"/>
                <w:sz w:val="22"/>
              </w:rPr>
              <w:t>☐</w:t>
            </w:r>
            <w:r w:rsidRPr="00D65E4F">
              <w:rPr>
                <w:rFonts w:asciiTheme="majorHAnsi" w:hAnsiTheme="majorHAnsi" w:cstheme="majorHAnsi"/>
                <w:sz w:val="22"/>
              </w:rPr>
              <w:t xml:space="preserve"> CIO   </w:t>
            </w:r>
            <w:r w:rsidRPr="00D65E4F">
              <w:rPr>
                <w:rFonts w:ascii="Segoe UI Symbol" w:hAnsi="Segoe UI Symbol" w:cs="Segoe UI Symbol"/>
                <w:sz w:val="22"/>
              </w:rPr>
              <w:t>☐</w:t>
            </w:r>
            <w:r w:rsidRPr="00D65E4F">
              <w:rPr>
                <w:rFonts w:asciiTheme="majorHAnsi" w:hAnsiTheme="majorHAnsi" w:cstheme="majorHAnsi"/>
                <w:sz w:val="22"/>
              </w:rPr>
              <w:t xml:space="preserve"> CIC   </w:t>
            </w:r>
            <w:r w:rsidRPr="00D65E4F">
              <w:rPr>
                <w:rFonts w:ascii="Segoe UI Symbol" w:hAnsi="Segoe UI Symbol" w:cs="Segoe UI Symbol"/>
                <w:sz w:val="22"/>
              </w:rPr>
              <w:t>☐</w:t>
            </w:r>
            <w:r w:rsidRPr="00D65E4F">
              <w:rPr>
                <w:rFonts w:asciiTheme="majorHAnsi" w:hAnsiTheme="majorHAnsi" w:cstheme="majorHAnsi"/>
                <w:sz w:val="22"/>
              </w:rPr>
              <w:t xml:space="preserve"> Company limited by guarantee   </w:t>
            </w:r>
            <w:r w:rsidRPr="00D65E4F">
              <w:rPr>
                <w:rFonts w:ascii="Segoe UI Symbol" w:hAnsi="Segoe UI Symbol" w:cs="Segoe UI Symbol"/>
                <w:sz w:val="22"/>
              </w:rPr>
              <w:t>☐</w:t>
            </w:r>
            <w:r w:rsidRPr="00D65E4F">
              <w:rPr>
                <w:rFonts w:asciiTheme="majorHAnsi" w:hAnsiTheme="majorHAnsi" w:cstheme="majorHAnsi"/>
                <w:sz w:val="22"/>
              </w:rPr>
              <w:t xml:space="preserve"> Other: __________________</w:t>
            </w:r>
          </w:p>
        </w:tc>
      </w:tr>
      <w:tr w:rsidR="00CC4682" w:rsidRPr="00D65E4F" w14:paraId="2FDE2DD4" w14:textId="77777777">
        <w:trPr>
          <w:trHeight w:val="400"/>
          <w:jc w:val="center"/>
        </w:trPr>
        <w:tc>
          <w:tcPr>
            <w:tcW w:w="3240" w:type="dxa"/>
            <w:shd w:val="clear" w:color="auto" w:fill="D9D9D9"/>
            <w:tcMar>
              <w:top w:w="80" w:type="dxa"/>
              <w:left w:w="100" w:type="dxa"/>
              <w:bottom w:w="80" w:type="dxa"/>
              <w:right w:w="100" w:type="dxa"/>
            </w:tcMar>
          </w:tcPr>
          <w:p w14:paraId="546F33A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Registration number(s), if applicable</w:t>
            </w:r>
          </w:p>
        </w:tc>
        <w:tc>
          <w:tcPr>
            <w:tcW w:w="6768" w:type="dxa"/>
            <w:tcMar>
              <w:top w:w="80" w:type="dxa"/>
              <w:left w:w="100" w:type="dxa"/>
              <w:bottom w:w="80" w:type="dxa"/>
              <w:right w:w="100" w:type="dxa"/>
            </w:tcMar>
          </w:tcPr>
          <w:p w14:paraId="491E70E7" w14:textId="77777777" w:rsidR="00CC4682" w:rsidRPr="00D65E4F" w:rsidRDefault="00CC4682">
            <w:pPr>
              <w:rPr>
                <w:rFonts w:asciiTheme="majorHAnsi" w:hAnsiTheme="majorHAnsi" w:cstheme="majorHAnsi"/>
                <w:sz w:val="22"/>
              </w:rPr>
            </w:pPr>
          </w:p>
        </w:tc>
      </w:tr>
      <w:tr w:rsidR="00CC4682" w:rsidRPr="00D65E4F" w14:paraId="3C9EF2F7" w14:textId="77777777">
        <w:trPr>
          <w:trHeight w:val="350"/>
          <w:jc w:val="center"/>
        </w:trPr>
        <w:tc>
          <w:tcPr>
            <w:tcW w:w="3240" w:type="dxa"/>
            <w:shd w:val="clear" w:color="auto" w:fill="D9D9D9"/>
            <w:tcMar>
              <w:top w:w="80" w:type="dxa"/>
              <w:left w:w="100" w:type="dxa"/>
              <w:bottom w:w="80" w:type="dxa"/>
              <w:right w:w="100" w:type="dxa"/>
            </w:tcMar>
          </w:tcPr>
          <w:p w14:paraId="7990E4AB"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Date organisation/group formed</w:t>
            </w:r>
          </w:p>
        </w:tc>
        <w:tc>
          <w:tcPr>
            <w:tcW w:w="6768" w:type="dxa"/>
            <w:tcMar>
              <w:top w:w="80" w:type="dxa"/>
              <w:left w:w="100" w:type="dxa"/>
              <w:bottom w:w="80" w:type="dxa"/>
              <w:right w:w="100" w:type="dxa"/>
            </w:tcMar>
          </w:tcPr>
          <w:p w14:paraId="46A17F56" w14:textId="77777777" w:rsidR="00CC4682" w:rsidRPr="00D65E4F" w:rsidRDefault="00CC4682">
            <w:pPr>
              <w:rPr>
                <w:rFonts w:asciiTheme="majorHAnsi" w:hAnsiTheme="majorHAnsi" w:cstheme="majorHAnsi"/>
                <w:sz w:val="22"/>
              </w:rPr>
            </w:pPr>
          </w:p>
        </w:tc>
      </w:tr>
      <w:tr w:rsidR="00CC4682" w:rsidRPr="00D65E4F" w14:paraId="10C5F71C" w14:textId="77777777">
        <w:trPr>
          <w:trHeight w:val="850"/>
          <w:jc w:val="center"/>
        </w:trPr>
        <w:tc>
          <w:tcPr>
            <w:tcW w:w="3240" w:type="dxa"/>
            <w:shd w:val="clear" w:color="auto" w:fill="D9D9D9"/>
            <w:tcMar>
              <w:top w:w="80" w:type="dxa"/>
              <w:left w:w="100" w:type="dxa"/>
              <w:bottom w:w="80" w:type="dxa"/>
              <w:right w:w="100" w:type="dxa"/>
            </w:tcMar>
          </w:tcPr>
          <w:p w14:paraId="38DBB6B6"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Names and roles of principal officers / committee members</w:t>
            </w:r>
          </w:p>
        </w:tc>
        <w:tc>
          <w:tcPr>
            <w:tcW w:w="6768" w:type="dxa"/>
            <w:tcMar>
              <w:top w:w="80" w:type="dxa"/>
              <w:left w:w="100" w:type="dxa"/>
              <w:bottom w:w="80" w:type="dxa"/>
              <w:right w:w="100" w:type="dxa"/>
            </w:tcMar>
          </w:tcPr>
          <w:p w14:paraId="5FFD3ACF" w14:textId="77777777" w:rsidR="00CC4682" w:rsidRPr="00D65E4F" w:rsidRDefault="00CC4682">
            <w:pPr>
              <w:rPr>
                <w:rFonts w:asciiTheme="majorHAnsi" w:hAnsiTheme="majorHAnsi" w:cstheme="majorHAnsi"/>
                <w:sz w:val="22"/>
              </w:rPr>
            </w:pPr>
          </w:p>
        </w:tc>
      </w:tr>
    </w:tbl>
    <w:p w14:paraId="15A5B3D5" w14:textId="77777777" w:rsidR="00CC4682" w:rsidRPr="00D65E4F" w:rsidRDefault="00CC4682">
      <w:pPr>
        <w:spacing w:after="40"/>
        <w:rPr>
          <w:rFonts w:asciiTheme="majorHAnsi" w:hAnsiTheme="majorHAnsi" w:cstheme="majorHAnsi"/>
        </w:rPr>
      </w:pPr>
    </w:p>
    <w:p w14:paraId="10F0B0DF" w14:textId="77777777" w:rsidR="00CC4682" w:rsidRPr="00D65E4F" w:rsidRDefault="00000000">
      <w:pPr>
        <w:pStyle w:val="Heading2"/>
        <w:rPr>
          <w:rFonts w:cstheme="majorHAnsi"/>
          <w:color w:val="auto"/>
        </w:rPr>
      </w:pPr>
      <w:r w:rsidRPr="00D65E4F">
        <w:rPr>
          <w:rFonts w:cstheme="majorHAnsi"/>
          <w:color w:val="auto"/>
        </w:rPr>
        <w:t>Project details</w:t>
      </w:r>
    </w:p>
    <w:tbl>
      <w:tblPr>
        <w:tblStyle w:val="TableGrid"/>
        <w:tblW w:w="0" w:type="auto"/>
        <w:jc w:val="center"/>
        <w:tblLook w:val="04A0" w:firstRow="1" w:lastRow="0" w:firstColumn="1" w:lastColumn="0" w:noHBand="0" w:noVBand="1"/>
      </w:tblPr>
      <w:tblGrid>
        <w:gridCol w:w="3240"/>
        <w:gridCol w:w="6768"/>
      </w:tblGrid>
      <w:tr w:rsidR="00CC4682" w:rsidRPr="00D65E4F" w14:paraId="08C69EB0" w14:textId="77777777">
        <w:trPr>
          <w:trHeight w:val="400"/>
          <w:jc w:val="center"/>
        </w:trPr>
        <w:tc>
          <w:tcPr>
            <w:tcW w:w="3240" w:type="dxa"/>
            <w:shd w:val="clear" w:color="auto" w:fill="D9D9D9"/>
            <w:tcMar>
              <w:top w:w="80" w:type="dxa"/>
              <w:left w:w="100" w:type="dxa"/>
              <w:bottom w:w="80" w:type="dxa"/>
              <w:right w:w="100" w:type="dxa"/>
            </w:tcMar>
          </w:tcPr>
          <w:p w14:paraId="7CBE2137"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Project/event title</w:t>
            </w:r>
          </w:p>
        </w:tc>
        <w:tc>
          <w:tcPr>
            <w:tcW w:w="6768" w:type="dxa"/>
            <w:tcMar>
              <w:top w:w="80" w:type="dxa"/>
              <w:left w:w="100" w:type="dxa"/>
              <w:bottom w:w="80" w:type="dxa"/>
              <w:right w:w="100" w:type="dxa"/>
            </w:tcMar>
          </w:tcPr>
          <w:p w14:paraId="250D42C1" w14:textId="77777777" w:rsidR="00CC4682" w:rsidRPr="00D65E4F" w:rsidRDefault="00CC4682">
            <w:pPr>
              <w:rPr>
                <w:rFonts w:asciiTheme="majorHAnsi" w:hAnsiTheme="majorHAnsi" w:cstheme="majorHAnsi"/>
                <w:sz w:val="22"/>
              </w:rPr>
            </w:pPr>
          </w:p>
        </w:tc>
      </w:tr>
      <w:tr w:rsidR="00CC4682" w:rsidRPr="00D65E4F" w14:paraId="35C68157" w14:textId="77777777">
        <w:trPr>
          <w:trHeight w:val="1500"/>
          <w:jc w:val="center"/>
        </w:trPr>
        <w:tc>
          <w:tcPr>
            <w:tcW w:w="3240" w:type="dxa"/>
            <w:shd w:val="clear" w:color="auto" w:fill="D9D9D9"/>
            <w:tcMar>
              <w:top w:w="80" w:type="dxa"/>
              <w:left w:w="100" w:type="dxa"/>
              <w:bottom w:w="80" w:type="dxa"/>
              <w:right w:w="100" w:type="dxa"/>
            </w:tcMar>
          </w:tcPr>
          <w:p w14:paraId="46C27EBC"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Detailed description: what will happen and what will the grant pay for?</w:t>
            </w:r>
          </w:p>
        </w:tc>
        <w:tc>
          <w:tcPr>
            <w:tcW w:w="6768" w:type="dxa"/>
            <w:tcMar>
              <w:top w:w="80" w:type="dxa"/>
              <w:left w:w="100" w:type="dxa"/>
              <w:bottom w:w="80" w:type="dxa"/>
              <w:right w:w="100" w:type="dxa"/>
            </w:tcMar>
          </w:tcPr>
          <w:p w14:paraId="2E84C000" w14:textId="77777777" w:rsidR="00CC4682" w:rsidRPr="00D65E4F" w:rsidRDefault="00CC4682">
            <w:pPr>
              <w:rPr>
                <w:rFonts w:asciiTheme="majorHAnsi" w:hAnsiTheme="majorHAnsi" w:cstheme="majorHAnsi"/>
                <w:sz w:val="22"/>
              </w:rPr>
            </w:pPr>
          </w:p>
        </w:tc>
      </w:tr>
      <w:tr w:rsidR="00CC4682" w:rsidRPr="00D65E4F" w14:paraId="34F8C27F" w14:textId="77777777">
        <w:trPr>
          <w:trHeight w:val="1100"/>
          <w:jc w:val="center"/>
        </w:trPr>
        <w:tc>
          <w:tcPr>
            <w:tcW w:w="3240" w:type="dxa"/>
            <w:shd w:val="clear" w:color="auto" w:fill="D9D9D9"/>
            <w:tcMar>
              <w:top w:w="80" w:type="dxa"/>
              <w:left w:w="100" w:type="dxa"/>
              <w:bottom w:w="80" w:type="dxa"/>
              <w:right w:w="100" w:type="dxa"/>
            </w:tcMar>
          </w:tcPr>
          <w:p w14:paraId="1B5CA91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Who will benefit? Include expected number of Wheldrake residents/beneficiaries.</w:t>
            </w:r>
          </w:p>
        </w:tc>
        <w:tc>
          <w:tcPr>
            <w:tcW w:w="6768" w:type="dxa"/>
            <w:tcMar>
              <w:top w:w="80" w:type="dxa"/>
              <w:left w:w="100" w:type="dxa"/>
              <w:bottom w:w="80" w:type="dxa"/>
              <w:right w:w="100" w:type="dxa"/>
            </w:tcMar>
          </w:tcPr>
          <w:p w14:paraId="4CCECF6F" w14:textId="77777777" w:rsidR="00CC4682" w:rsidRPr="00D65E4F" w:rsidRDefault="00CC4682">
            <w:pPr>
              <w:rPr>
                <w:rFonts w:asciiTheme="majorHAnsi" w:hAnsiTheme="majorHAnsi" w:cstheme="majorHAnsi"/>
                <w:sz w:val="22"/>
              </w:rPr>
            </w:pPr>
          </w:p>
        </w:tc>
      </w:tr>
      <w:tr w:rsidR="00CC4682" w:rsidRPr="00D65E4F" w14:paraId="52684BBC" w14:textId="77777777">
        <w:trPr>
          <w:trHeight w:val="1100"/>
          <w:jc w:val="center"/>
        </w:trPr>
        <w:tc>
          <w:tcPr>
            <w:tcW w:w="3240" w:type="dxa"/>
            <w:shd w:val="clear" w:color="auto" w:fill="D9D9D9"/>
            <w:tcMar>
              <w:top w:w="80" w:type="dxa"/>
              <w:left w:w="100" w:type="dxa"/>
              <w:bottom w:w="80" w:type="dxa"/>
              <w:right w:w="100" w:type="dxa"/>
            </w:tcMar>
          </w:tcPr>
          <w:p w14:paraId="464A4E90"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How do you know the project is needed and has community support?</w:t>
            </w:r>
          </w:p>
        </w:tc>
        <w:tc>
          <w:tcPr>
            <w:tcW w:w="6768" w:type="dxa"/>
            <w:tcMar>
              <w:top w:w="80" w:type="dxa"/>
              <w:left w:w="100" w:type="dxa"/>
              <w:bottom w:w="80" w:type="dxa"/>
              <w:right w:w="100" w:type="dxa"/>
            </w:tcMar>
          </w:tcPr>
          <w:p w14:paraId="2BB4CEA5" w14:textId="77777777" w:rsidR="00CC4682" w:rsidRPr="00D65E4F" w:rsidRDefault="00CC4682">
            <w:pPr>
              <w:rPr>
                <w:rFonts w:asciiTheme="majorHAnsi" w:hAnsiTheme="majorHAnsi" w:cstheme="majorHAnsi"/>
                <w:sz w:val="22"/>
              </w:rPr>
            </w:pPr>
          </w:p>
        </w:tc>
      </w:tr>
      <w:tr w:rsidR="00CC4682" w:rsidRPr="00D65E4F" w14:paraId="6A29EB32" w14:textId="77777777">
        <w:trPr>
          <w:trHeight w:val="500"/>
          <w:jc w:val="center"/>
        </w:trPr>
        <w:tc>
          <w:tcPr>
            <w:tcW w:w="3240" w:type="dxa"/>
            <w:shd w:val="clear" w:color="auto" w:fill="D9D9D9"/>
            <w:tcMar>
              <w:top w:w="80" w:type="dxa"/>
              <w:left w:w="100" w:type="dxa"/>
              <w:bottom w:w="80" w:type="dxa"/>
              <w:right w:w="100" w:type="dxa"/>
            </w:tcMar>
          </w:tcPr>
          <w:p w14:paraId="062E4331"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lastRenderedPageBreak/>
              <w:t>Proposed start and completion/event date</w:t>
            </w:r>
          </w:p>
        </w:tc>
        <w:tc>
          <w:tcPr>
            <w:tcW w:w="6768" w:type="dxa"/>
            <w:tcMar>
              <w:top w:w="80" w:type="dxa"/>
              <w:left w:w="100" w:type="dxa"/>
              <w:bottom w:w="80" w:type="dxa"/>
              <w:right w:w="100" w:type="dxa"/>
            </w:tcMar>
          </w:tcPr>
          <w:p w14:paraId="37D464C0" w14:textId="77777777" w:rsidR="00CC4682" w:rsidRPr="00D65E4F" w:rsidRDefault="00CC4682">
            <w:pPr>
              <w:rPr>
                <w:rFonts w:asciiTheme="majorHAnsi" w:hAnsiTheme="majorHAnsi" w:cstheme="majorHAnsi"/>
                <w:sz w:val="22"/>
              </w:rPr>
            </w:pPr>
          </w:p>
        </w:tc>
      </w:tr>
      <w:tr w:rsidR="00CC4682" w:rsidRPr="00D65E4F" w14:paraId="175EDED8" w14:textId="77777777">
        <w:trPr>
          <w:trHeight w:val="450"/>
          <w:jc w:val="center"/>
        </w:trPr>
        <w:tc>
          <w:tcPr>
            <w:tcW w:w="3240" w:type="dxa"/>
            <w:shd w:val="clear" w:color="auto" w:fill="D9D9D9"/>
            <w:tcMar>
              <w:top w:w="80" w:type="dxa"/>
              <w:left w:w="100" w:type="dxa"/>
              <w:bottom w:w="80" w:type="dxa"/>
              <w:right w:w="100" w:type="dxa"/>
            </w:tcMar>
          </w:tcPr>
          <w:p w14:paraId="6530C80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Venue/location</w:t>
            </w:r>
          </w:p>
        </w:tc>
        <w:tc>
          <w:tcPr>
            <w:tcW w:w="6768" w:type="dxa"/>
            <w:tcMar>
              <w:top w:w="80" w:type="dxa"/>
              <w:left w:w="100" w:type="dxa"/>
              <w:bottom w:w="80" w:type="dxa"/>
              <w:right w:w="100" w:type="dxa"/>
            </w:tcMar>
          </w:tcPr>
          <w:p w14:paraId="1B75F5AE" w14:textId="77777777" w:rsidR="00CC4682" w:rsidRPr="00D65E4F" w:rsidRDefault="00CC4682">
            <w:pPr>
              <w:rPr>
                <w:rFonts w:asciiTheme="majorHAnsi" w:hAnsiTheme="majorHAnsi" w:cstheme="majorHAnsi"/>
                <w:sz w:val="22"/>
              </w:rPr>
            </w:pPr>
          </w:p>
        </w:tc>
      </w:tr>
    </w:tbl>
    <w:p w14:paraId="2D97B4A6" w14:textId="77777777" w:rsidR="00CC4682" w:rsidRPr="00D65E4F" w:rsidRDefault="00CC4682">
      <w:pPr>
        <w:spacing w:after="40"/>
        <w:rPr>
          <w:rFonts w:asciiTheme="majorHAnsi" w:hAnsiTheme="majorHAnsi" w:cstheme="majorHAnsi"/>
        </w:rPr>
      </w:pPr>
    </w:p>
    <w:p w14:paraId="2FFA1647" w14:textId="77777777" w:rsidR="00CC4682" w:rsidRPr="00D65E4F" w:rsidRDefault="00000000">
      <w:pPr>
        <w:pStyle w:val="Heading2"/>
        <w:rPr>
          <w:rFonts w:cstheme="majorHAnsi"/>
          <w:color w:val="auto"/>
        </w:rPr>
      </w:pPr>
      <w:r w:rsidRPr="00D65E4F">
        <w:rPr>
          <w:rFonts w:cstheme="majorHAnsi"/>
          <w:color w:val="auto"/>
        </w:rPr>
        <w:t>Project finances</w:t>
      </w:r>
    </w:p>
    <w:tbl>
      <w:tblPr>
        <w:tblStyle w:val="TableGrid"/>
        <w:tblW w:w="0" w:type="auto"/>
        <w:jc w:val="center"/>
        <w:tblLook w:val="04A0" w:firstRow="1" w:lastRow="0" w:firstColumn="1" w:lastColumn="0" w:noHBand="0" w:noVBand="1"/>
      </w:tblPr>
      <w:tblGrid>
        <w:gridCol w:w="3456"/>
        <w:gridCol w:w="6614"/>
      </w:tblGrid>
      <w:tr w:rsidR="00CC4682" w:rsidRPr="00D65E4F" w14:paraId="67CED508" w14:textId="77777777">
        <w:trPr>
          <w:trHeight w:val="450"/>
          <w:jc w:val="center"/>
        </w:trPr>
        <w:tc>
          <w:tcPr>
            <w:tcW w:w="3240" w:type="dxa"/>
            <w:shd w:val="clear" w:color="auto" w:fill="D9D9D9"/>
            <w:tcMar>
              <w:top w:w="80" w:type="dxa"/>
              <w:left w:w="100" w:type="dxa"/>
              <w:bottom w:w="80" w:type="dxa"/>
              <w:right w:w="100" w:type="dxa"/>
            </w:tcMar>
          </w:tcPr>
          <w:p w14:paraId="283570B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Total cost of the whole project/event (including VAT where applicable)</w:t>
            </w:r>
          </w:p>
        </w:tc>
        <w:tc>
          <w:tcPr>
            <w:tcW w:w="6768" w:type="dxa"/>
            <w:tcMar>
              <w:top w:w="80" w:type="dxa"/>
              <w:left w:w="100" w:type="dxa"/>
              <w:bottom w:w="80" w:type="dxa"/>
              <w:right w:w="100" w:type="dxa"/>
            </w:tcMar>
          </w:tcPr>
          <w:p w14:paraId="25311A68"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3D7439A4" w14:textId="77777777">
        <w:trPr>
          <w:trHeight w:val="450"/>
          <w:jc w:val="center"/>
        </w:trPr>
        <w:tc>
          <w:tcPr>
            <w:tcW w:w="3240" w:type="dxa"/>
            <w:shd w:val="clear" w:color="auto" w:fill="D9D9D9"/>
            <w:tcMar>
              <w:top w:w="80" w:type="dxa"/>
              <w:left w:w="100" w:type="dxa"/>
              <w:bottom w:w="80" w:type="dxa"/>
              <w:right w:w="100" w:type="dxa"/>
            </w:tcMar>
          </w:tcPr>
          <w:p w14:paraId="04CF782A"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Amount requested from Wheldrake Parish Council</w:t>
            </w:r>
          </w:p>
        </w:tc>
        <w:tc>
          <w:tcPr>
            <w:tcW w:w="6768" w:type="dxa"/>
            <w:tcMar>
              <w:top w:w="80" w:type="dxa"/>
              <w:left w:w="100" w:type="dxa"/>
              <w:bottom w:w="80" w:type="dxa"/>
              <w:right w:w="100" w:type="dxa"/>
            </w:tcMar>
          </w:tcPr>
          <w:p w14:paraId="26419816"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0C5526D4" w14:textId="77777777">
        <w:trPr>
          <w:trHeight w:val="900"/>
          <w:jc w:val="center"/>
        </w:trPr>
        <w:tc>
          <w:tcPr>
            <w:tcW w:w="3240" w:type="dxa"/>
            <w:shd w:val="clear" w:color="auto" w:fill="D9D9D9"/>
            <w:tcMar>
              <w:top w:w="80" w:type="dxa"/>
              <w:left w:w="100" w:type="dxa"/>
              <w:bottom w:w="80" w:type="dxa"/>
              <w:right w:w="100" w:type="dxa"/>
            </w:tcMar>
          </w:tcPr>
          <w:p w14:paraId="2ED42484"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Exactly what will the Parish Council contribution pay for?</w:t>
            </w:r>
          </w:p>
        </w:tc>
        <w:tc>
          <w:tcPr>
            <w:tcW w:w="6768" w:type="dxa"/>
            <w:tcMar>
              <w:top w:w="80" w:type="dxa"/>
              <w:left w:w="100" w:type="dxa"/>
              <w:bottom w:w="80" w:type="dxa"/>
              <w:right w:w="100" w:type="dxa"/>
            </w:tcMar>
          </w:tcPr>
          <w:p w14:paraId="1B89B0ED" w14:textId="77777777" w:rsidR="00CC4682" w:rsidRPr="00D65E4F" w:rsidRDefault="00CC4682">
            <w:pPr>
              <w:rPr>
                <w:rFonts w:asciiTheme="majorHAnsi" w:hAnsiTheme="majorHAnsi" w:cstheme="majorHAnsi"/>
                <w:sz w:val="22"/>
              </w:rPr>
            </w:pPr>
          </w:p>
        </w:tc>
      </w:tr>
      <w:tr w:rsidR="00A300AF" w:rsidRPr="00D65E4F" w14:paraId="248BD9D2" w14:textId="77777777">
        <w:trPr>
          <w:trHeight w:val="900"/>
          <w:jc w:val="center"/>
        </w:trPr>
        <w:tc>
          <w:tcPr>
            <w:tcW w:w="3240" w:type="dxa"/>
            <w:shd w:val="clear" w:color="auto" w:fill="D9D9D9"/>
            <w:tcMar>
              <w:top w:w="80" w:type="dxa"/>
              <w:left w:w="100" w:type="dxa"/>
              <w:bottom w:w="80" w:type="dxa"/>
              <w:right w:w="100" w:type="dxa"/>
            </w:tcMar>
          </w:tcPr>
          <w:p w14:paraId="296DEA45" w14:textId="7090107A" w:rsidR="00A300AF" w:rsidRPr="00D65E4F" w:rsidRDefault="00A300AF">
            <w:pPr>
              <w:rPr>
                <w:rFonts w:asciiTheme="majorHAnsi" w:hAnsiTheme="majorHAnsi" w:cstheme="majorHAnsi"/>
                <w:b/>
                <w:sz w:val="22"/>
              </w:rPr>
            </w:pPr>
            <w:r>
              <w:rPr>
                <w:rFonts w:asciiTheme="majorHAnsi" w:hAnsiTheme="majorHAnsi" w:cstheme="majorHAnsi"/>
                <w:b/>
                <w:sz w:val="22"/>
              </w:rPr>
              <w:t>Does any part of the amount requested relate to staffing, administration rent, utilities, insurance or other running overhead costs?</w:t>
            </w:r>
          </w:p>
        </w:tc>
        <w:tc>
          <w:tcPr>
            <w:tcW w:w="6768" w:type="dxa"/>
            <w:tcMar>
              <w:top w:w="80" w:type="dxa"/>
              <w:left w:w="100" w:type="dxa"/>
              <w:bottom w:w="80" w:type="dxa"/>
              <w:right w:w="100" w:type="dxa"/>
            </w:tcMar>
          </w:tcPr>
          <w:p w14:paraId="78C123EB" w14:textId="60491E42" w:rsidR="00A300AF" w:rsidRPr="00D65E4F" w:rsidRDefault="00A300AF">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No   </w:t>
            </w:r>
            <w:r w:rsidRPr="00D65E4F">
              <w:rPr>
                <w:rFonts w:ascii="Segoe UI Symbol" w:hAnsi="Segoe UI Symbol" w:cs="Segoe UI Symbol"/>
                <w:sz w:val="22"/>
              </w:rPr>
              <w:t>☐</w:t>
            </w:r>
            <w:r w:rsidRPr="00D65E4F">
              <w:rPr>
                <w:rFonts w:asciiTheme="majorHAnsi" w:hAnsiTheme="majorHAnsi" w:cstheme="majorHAnsi"/>
                <w:sz w:val="22"/>
              </w:rPr>
              <w:t xml:space="preserve"> Yes </w:t>
            </w:r>
            <w:r>
              <w:rPr>
                <w:rFonts w:asciiTheme="majorHAnsi" w:hAnsiTheme="majorHAnsi" w:cstheme="majorHAnsi"/>
                <w:sz w:val="22"/>
              </w:rPr>
              <w:t>–</w:t>
            </w:r>
            <w:r w:rsidRPr="00D65E4F">
              <w:rPr>
                <w:rFonts w:asciiTheme="majorHAnsi" w:hAnsiTheme="majorHAnsi" w:cstheme="majorHAnsi"/>
                <w:sz w:val="22"/>
              </w:rPr>
              <w:t xml:space="preserve"> </w:t>
            </w:r>
            <w:r>
              <w:rPr>
                <w:rFonts w:asciiTheme="majorHAnsi" w:hAnsiTheme="majorHAnsi" w:cstheme="majorHAnsi"/>
                <w:sz w:val="22"/>
              </w:rPr>
              <w:t xml:space="preserve">If yes, provide a breakdown and explain why these costs arise specifically from the funded project. </w:t>
            </w:r>
          </w:p>
        </w:tc>
      </w:tr>
      <w:tr w:rsidR="00CC4682" w:rsidRPr="00D65E4F" w14:paraId="7BEFB771" w14:textId="77777777">
        <w:trPr>
          <w:trHeight w:val="400"/>
          <w:jc w:val="center"/>
        </w:trPr>
        <w:tc>
          <w:tcPr>
            <w:tcW w:w="3240" w:type="dxa"/>
            <w:shd w:val="clear" w:color="auto" w:fill="D9D9D9"/>
            <w:tcMar>
              <w:top w:w="80" w:type="dxa"/>
              <w:left w:w="100" w:type="dxa"/>
              <w:bottom w:w="80" w:type="dxa"/>
              <w:right w:w="100" w:type="dxa"/>
            </w:tcMar>
          </w:tcPr>
          <w:p w14:paraId="39BF455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Applicant's own contribution</w:t>
            </w:r>
          </w:p>
        </w:tc>
        <w:tc>
          <w:tcPr>
            <w:tcW w:w="6768" w:type="dxa"/>
            <w:tcMar>
              <w:top w:w="80" w:type="dxa"/>
              <w:left w:w="100" w:type="dxa"/>
              <w:bottom w:w="80" w:type="dxa"/>
              <w:right w:w="100" w:type="dxa"/>
            </w:tcMar>
          </w:tcPr>
          <w:p w14:paraId="79D50362"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516A87B5" w14:textId="77777777">
        <w:trPr>
          <w:trHeight w:val="900"/>
          <w:jc w:val="center"/>
        </w:trPr>
        <w:tc>
          <w:tcPr>
            <w:tcW w:w="3240" w:type="dxa"/>
            <w:shd w:val="clear" w:color="auto" w:fill="D9D9D9"/>
            <w:tcMar>
              <w:top w:w="80" w:type="dxa"/>
              <w:left w:w="100" w:type="dxa"/>
              <w:bottom w:w="80" w:type="dxa"/>
              <w:right w:w="100" w:type="dxa"/>
            </w:tcMar>
          </w:tcPr>
          <w:p w14:paraId="365D592C"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Other grants/funding (source, amount and status)</w:t>
            </w:r>
          </w:p>
        </w:tc>
        <w:tc>
          <w:tcPr>
            <w:tcW w:w="6768" w:type="dxa"/>
            <w:tcMar>
              <w:top w:w="80" w:type="dxa"/>
              <w:left w:w="100" w:type="dxa"/>
              <w:bottom w:w="80" w:type="dxa"/>
              <w:right w:w="100" w:type="dxa"/>
            </w:tcMar>
          </w:tcPr>
          <w:p w14:paraId="3632AED9" w14:textId="77777777" w:rsidR="00CC4682" w:rsidRPr="00D65E4F" w:rsidRDefault="00CC4682">
            <w:pPr>
              <w:rPr>
                <w:rFonts w:asciiTheme="majorHAnsi" w:hAnsiTheme="majorHAnsi" w:cstheme="majorHAnsi"/>
                <w:sz w:val="22"/>
              </w:rPr>
            </w:pPr>
          </w:p>
        </w:tc>
      </w:tr>
      <w:tr w:rsidR="00CC4682" w:rsidRPr="00D65E4F" w14:paraId="109A4FE2" w14:textId="77777777">
        <w:trPr>
          <w:trHeight w:val="700"/>
          <w:jc w:val="center"/>
        </w:trPr>
        <w:tc>
          <w:tcPr>
            <w:tcW w:w="3240" w:type="dxa"/>
            <w:shd w:val="clear" w:color="auto" w:fill="D9D9D9"/>
            <w:tcMar>
              <w:top w:w="80" w:type="dxa"/>
              <w:left w:w="100" w:type="dxa"/>
              <w:bottom w:w="80" w:type="dxa"/>
              <w:right w:w="100" w:type="dxa"/>
            </w:tcMar>
          </w:tcPr>
          <w:p w14:paraId="7EE51287"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Sponsorship/donations/fundraising expected</w:t>
            </w:r>
          </w:p>
        </w:tc>
        <w:tc>
          <w:tcPr>
            <w:tcW w:w="6768" w:type="dxa"/>
            <w:tcMar>
              <w:top w:w="80" w:type="dxa"/>
              <w:left w:w="100" w:type="dxa"/>
              <w:bottom w:w="80" w:type="dxa"/>
              <w:right w:w="100" w:type="dxa"/>
            </w:tcMar>
          </w:tcPr>
          <w:p w14:paraId="3504B4D6" w14:textId="77777777" w:rsidR="00CC4682" w:rsidRPr="00D65E4F" w:rsidRDefault="00CC4682">
            <w:pPr>
              <w:rPr>
                <w:rFonts w:asciiTheme="majorHAnsi" w:hAnsiTheme="majorHAnsi" w:cstheme="majorHAnsi"/>
                <w:sz w:val="22"/>
              </w:rPr>
            </w:pPr>
          </w:p>
        </w:tc>
      </w:tr>
      <w:tr w:rsidR="00CC4682" w:rsidRPr="00D65E4F" w14:paraId="585D7252" w14:textId="77777777">
        <w:trPr>
          <w:trHeight w:val="700"/>
          <w:jc w:val="center"/>
        </w:trPr>
        <w:tc>
          <w:tcPr>
            <w:tcW w:w="3240" w:type="dxa"/>
            <w:shd w:val="clear" w:color="auto" w:fill="D9D9D9"/>
            <w:tcMar>
              <w:top w:w="80" w:type="dxa"/>
              <w:left w:w="100" w:type="dxa"/>
              <w:bottom w:w="80" w:type="dxa"/>
              <w:right w:w="100" w:type="dxa"/>
            </w:tcMar>
          </w:tcPr>
          <w:p w14:paraId="0AF75849"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Ticket/admission/trading or other project income expected</w:t>
            </w:r>
          </w:p>
        </w:tc>
        <w:tc>
          <w:tcPr>
            <w:tcW w:w="6768" w:type="dxa"/>
            <w:tcMar>
              <w:top w:w="80" w:type="dxa"/>
              <w:left w:w="100" w:type="dxa"/>
              <w:bottom w:w="80" w:type="dxa"/>
              <w:right w:w="100" w:type="dxa"/>
            </w:tcMar>
          </w:tcPr>
          <w:p w14:paraId="4E02B16D" w14:textId="77777777" w:rsidR="00CC4682" w:rsidRPr="00D65E4F" w:rsidRDefault="00CC4682">
            <w:pPr>
              <w:rPr>
                <w:rFonts w:asciiTheme="majorHAnsi" w:hAnsiTheme="majorHAnsi" w:cstheme="majorHAnsi"/>
                <w:sz w:val="22"/>
              </w:rPr>
            </w:pPr>
          </w:p>
        </w:tc>
      </w:tr>
      <w:tr w:rsidR="00CC4682" w:rsidRPr="00D65E4F" w14:paraId="2C49DE6A" w14:textId="77777777">
        <w:trPr>
          <w:trHeight w:val="400"/>
          <w:jc w:val="center"/>
        </w:trPr>
        <w:tc>
          <w:tcPr>
            <w:tcW w:w="3240" w:type="dxa"/>
            <w:shd w:val="clear" w:color="auto" w:fill="D9D9D9"/>
            <w:tcMar>
              <w:top w:w="80" w:type="dxa"/>
              <w:left w:w="100" w:type="dxa"/>
              <w:bottom w:w="80" w:type="dxa"/>
              <w:right w:w="100" w:type="dxa"/>
            </w:tcMar>
          </w:tcPr>
          <w:p w14:paraId="13F797D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Expected total project income</w:t>
            </w:r>
          </w:p>
        </w:tc>
        <w:tc>
          <w:tcPr>
            <w:tcW w:w="6768" w:type="dxa"/>
            <w:tcMar>
              <w:top w:w="80" w:type="dxa"/>
              <w:left w:w="100" w:type="dxa"/>
              <w:bottom w:w="80" w:type="dxa"/>
              <w:right w:w="100" w:type="dxa"/>
            </w:tcMar>
          </w:tcPr>
          <w:p w14:paraId="1C881993"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404DDA55" w14:textId="77777777">
        <w:trPr>
          <w:trHeight w:val="700"/>
          <w:jc w:val="center"/>
        </w:trPr>
        <w:tc>
          <w:tcPr>
            <w:tcW w:w="3240" w:type="dxa"/>
            <w:shd w:val="clear" w:color="auto" w:fill="D9D9D9"/>
            <w:tcMar>
              <w:top w:w="80" w:type="dxa"/>
              <w:left w:w="100" w:type="dxa"/>
              <w:bottom w:w="80" w:type="dxa"/>
              <w:right w:w="100" w:type="dxa"/>
            </w:tcMar>
          </w:tcPr>
          <w:p w14:paraId="28E6635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Expected surplus/(deficit), if any, and how any surplus will be used</w:t>
            </w:r>
          </w:p>
        </w:tc>
        <w:tc>
          <w:tcPr>
            <w:tcW w:w="6768" w:type="dxa"/>
            <w:tcMar>
              <w:top w:w="80" w:type="dxa"/>
              <w:left w:w="100" w:type="dxa"/>
              <w:bottom w:w="80" w:type="dxa"/>
              <w:right w:w="100" w:type="dxa"/>
            </w:tcMar>
          </w:tcPr>
          <w:p w14:paraId="297D2053" w14:textId="77777777" w:rsidR="00CC4682" w:rsidRPr="00D65E4F" w:rsidRDefault="00CC4682">
            <w:pPr>
              <w:rPr>
                <w:rFonts w:asciiTheme="majorHAnsi" w:hAnsiTheme="majorHAnsi" w:cstheme="majorHAnsi"/>
                <w:sz w:val="22"/>
              </w:rPr>
            </w:pPr>
          </w:p>
        </w:tc>
      </w:tr>
    </w:tbl>
    <w:p w14:paraId="05BDC1FA" w14:textId="77777777" w:rsidR="00CC4682" w:rsidRPr="00D65E4F" w:rsidRDefault="00CC4682">
      <w:pPr>
        <w:spacing w:after="40"/>
        <w:rPr>
          <w:rFonts w:asciiTheme="majorHAnsi" w:hAnsiTheme="majorHAnsi" w:cstheme="majorHAnsi"/>
        </w:rPr>
      </w:pPr>
    </w:p>
    <w:p w14:paraId="5BC75827" w14:textId="77777777" w:rsidR="00CC4682" w:rsidRPr="00D65E4F" w:rsidRDefault="00000000">
      <w:pPr>
        <w:pStyle w:val="Heading2"/>
        <w:rPr>
          <w:rFonts w:cstheme="majorHAnsi"/>
          <w:color w:val="auto"/>
        </w:rPr>
      </w:pPr>
      <w:r w:rsidRPr="00D65E4F">
        <w:rPr>
          <w:rFonts w:cstheme="majorHAnsi"/>
          <w:color w:val="auto"/>
        </w:rPr>
        <w:t>Commercial involvement and interests</w:t>
      </w:r>
    </w:p>
    <w:tbl>
      <w:tblPr>
        <w:tblStyle w:val="TableGrid"/>
        <w:tblW w:w="0" w:type="auto"/>
        <w:jc w:val="center"/>
        <w:tblLook w:val="04A0" w:firstRow="1" w:lastRow="0" w:firstColumn="1" w:lastColumn="0" w:noHBand="0" w:noVBand="1"/>
      </w:tblPr>
      <w:tblGrid>
        <w:gridCol w:w="3240"/>
        <w:gridCol w:w="6768"/>
      </w:tblGrid>
      <w:tr w:rsidR="00CC4682" w:rsidRPr="00D65E4F" w14:paraId="0A7B7DB6" w14:textId="77777777">
        <w:trPr>
          <w:trHeight w:val="450"/>
          <w:jc w:val="center"/>
        </w:trPr>
        <w:tc>
          <w:tcPr>
            <w:tcW w:w="3240" w:type="dxa"/>
            <w:shd w:val="clear" w:color="auto" w:fill="D9D9D9"/>
            <w:tcMar>
              <w:top w:w="80" w:type="dxa"/>
              <w:left w:w="100" w:type="dxa"/>
              <w:bottom w:w="80" w:type="dxa"/>
              <w:right w:w="100" w:type="dxa"/>
            </w:tcMar>
          </w:tcPr>
          <w:p w14:paraId="098DC330"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 xml:space="preserve">Will any private business or paid individual organise, promote, supply or deliver any material </w:t>
            </w:r>
            <w:r w:rsidRPr="00D65E4F">
              <w:rPr>
                <w:rFonts w:asciiTheme="majorHAnsi" w:hAnsiTheme="majorHAnsi" w:cstheme="majorHAnsi"/>
                <w:b/>
                <w:sz w:val="22"/>
              </w:rPr>
              <w:lastRenderedPageBreak/>
              <w:t>part of the project?</w:t>
            </w:r>
          </w:p>
        </w:tc>
        <w:tc>
          <w:tcPr>
            <w:tcW w:w="6768" w:type="dxa"/>
            <w:tcMar>
              <w:top w:w="80" w:type="dxa"/>
              <w:left w:w="100" w:type="dxa"/>
              <w:bottom w:w="80" w:type="dxa"/>
              <w:right w:w="100" w:type="dxa"/>
            </w:tcMar>
          </w:tcPr>
          <w:p w14:paraId="1E85B4F3"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lastRenderedPageBreak/>
              <w:t>☐</w:t>
            </w:r>
            <w:r w:rsidRPr="00D65E4F">
              <w:rPr>
                <w:rFonts w:asciiTheme="majorHAnsi" w:hAnsiTheme="majorHAnsi" w:cstheme="majorHAnsi"/>
                <w:sz w:val="22"/>
              </w:rPr>
              <w:t xml:space="preserve"> No   </w:t>
            </w:r>
            <w:r w:rsidRPr="00D65E4F">
              <w:rPr>
                <w:rFonts w:ascii="Segoe UI Symbol" w:hAnsi="Segoe UI Symbol" w:cs="Segoe UI Symbol"/>
                <w:sz w:val="22"/>
              </w:rPr>
              <w:t>☐</w:t>
            </w:r>
            <w:r w:rsidRPr="00D65E4F">
              <w:rPr>
                <w:rFonts w:asciiTheme="majorHAnsi" w:hAnsiTheme="majorHAnsi" w:cstheme="majorHAnsi"/>
                <w:sz w:val="22"/>
              </w:rPr>
              <w:t xml:space="preserve"> Yes - give full details below</w:t>
            </w:r>
          </w:p>
        </w:tc>
      </w:tr>
      <w:tr w:rsidR="00CC4682" w:rsidRPr="00D65E4F" w14:paraId="53EFA16B" w14:textId="77777777">
        <w:trPr>
          <w:trHeight w:val="900"/>
          <w:jc w:val="center"/>
        </w:trPr>
        <w:tc>
          <w:tcPr>
            <w:tcW w:w="3240" w:type="dxa"/>
            <w:shd w:val="clear" w:color="auto" w:fill="D9D9D9"/>
            <w:tcMar>
              <w:top w:w="80" w:type="dxa"/>
              <w:left w:w="100" w:type="dxa"/>
              <w:bottom w:w="80" w:type="dxa"/>
              <w:right w:w="100" w:type="dxa"/>
            </w:tcMar>
          </w:tcPr>
          <w:p w14:paraId="3E9261C5"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Business/person, role and expected payment</w:t>
            </w:r>
          </w:p>
        </w:tc>
        <w:tc>
          <w:tcPr>
            <w:tcW w:w="6768" w:type="dxa"/>
            <w:tcMar>
              <w:top w:w="80" w:type="dxa"/>
              <w:left w:w="100" w:type="dxa"/>
              <w:bottom w:w="80" w:type="dxa"/>
              <w:right w:w="100" w:type="dxa"/>
            </w:tcMar>
          </w:tcPr>
          <w:p w14:paraId="10BD9451" w14:textId="77777777" w:rsidR="00CC4682" w:rsidRPr="00D65E4F" w:rsidRDefault="00CC4682">
            <w:pPr>
              <w:rPr>
                <w:rFonts w:asciiTheme="majorHAnsi" w:hAnsiTheme="majorHAnsi" w:cstheme="majorHAnsi"/>
                <w:sz w:val="22"/>
              </w:rPr>
            </w:pPr>
          </w:p>
        </w:tc>
      </w:tr>
      <w:tr w:rsidR="00CC4682" w:rsidRPr="00D65E4F" w14:paraId="4A33FBC1" w14:textId="77777777">
        <w:trPr>
          <w:trHeight w:val="650"/>
          <w:jc w:val="center"/>
        </w:trPr>
        <w:tc>
          <w:tcPr>
            <w:tcW w:w="3240" w:type="dxa"/>
            <w:shd w:val="clear" w:color="auto" w:fill="D9D9D9"/>
            <w:tcMar>
              <w:top w:w="80" w:type="dxa"/>
              <w:left w:w="100" w:type="dxa"/>
              <w:bottom w:w="80" w:type="dxa"/>
              <w:right w:w="100" w:type="dxa"/>
            </w:tcMar>
          </w:tcPr>
          <w:p w14:paraId="2B107657"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Does any officer/committee member have a family, employment, ownership, management or financial connection with anyone being paid by the project?</w:t>
            </w:r>
          </w:p>
        </w:tc>
        <w:tc>
          <w:tcPr>
            <w:tcW w:w="6768" w:type="dxa"/>
            <w:tcMar>
              <w:top w:w="80" w:type="dxa"/>
              <w:left w:w="100" w:type="dxa"/>
              <w:bottom w:w="80" w:type="dxa"/>
              <w:right w:w="100" w:type="dxa"/>
            </w:tcMar>
          </w:tcPr>
          <w:p w14:paraId="3198B3BC"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No   </w:t>
            </w:r>
            <w:r w:rsidRPr="00D65E4F">
              <w:rPr>
                <w:rFonts w:ascii="Segoe UI Symbol" w:hAnsi="Segoe UI Symbol" w:cs="Segoe UI Symbol"/>
                <w:sz w:val="22"/>
              </w:rPr>
              <w:t>☐</w:t>
            </w:r>
            <w:r w:rsidRPr="00D65E4F">
              <w:rPr>
                <w:rFonts w:asciiTheme="majorHAnsi" w:hAnsiTheme="majorHAnsi" w:cstheme="majorHAnsi"/>
                <w:sz w:val="22"/>
              </w:rPr>
              <w:t xml:space="preserve"> Yes - give full details below</w:t>
            </w:r>
          </w:p>
        </w:tc>
      </w:tr>
      <w:tr w:rsidR="00CC4682" w:rsidRPr="00D65E4F" w14:paraId="6E25263D" w14:textId="77777777">
        <w:trPr>
          <w:trHeight w:val="900"/>
          <w:jc w:val="center"/>
        </w:trPr>
        <w:tc>
          <w:tcPr>
            <w:tcW w:w="3240" w:type="dxa"/>
            <w:shd w:val="clear" w:color="auto" w:fill="D9D9D9"/>
            <w:tcMar>
              <w:top w:w="80" w:type="dxa"/>
              <w:left w:w="100" w:type="dxa"/>
              <w:bottom w:w="80" w:type="dxa"/>
              <w:right w:w="100" w:type="dxa"/>
            </w:tcMar>
          </w:tcPr>
          <w:p w14:paraId="474DE764"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Details of connection and how value for money/selection has been demonstrated</w:t>
            </w:r>
          </w:p>
        </w:tc>
        <w:tc>
          <w:tcPr>
            <w:tcW w:w="6768" w:type="dxa"/>
            <w:tcMar>
              <w:top w:w="80" w:type="dxa"/>
              <w:left w:w="100" w:type="dxa"/>
              <w:bottom w:w="80" w:type="dxa"/>
              <w:right w:w="100" w:type="dxa"/>
            </w:tcMar>
          </w:tcPr>
          <w:p w14:paraId="12B2BDB9" w14:textId="77777777" w:rsidR="00CC4682" w:rsidRPr="00D65E4F" w:rsidRDefault="00CC4682">
            <w:pPr>
              <w:rPr>
                <w:rFonts w:asciiTheme="majorHAnsi" w:hAnsiTheme="majorHAnsi" w:cstheme="majorHAnsi"/>
                <w:sz w:val="22"/>
              </w:rPr>
            </w:pPr>
          </w:p>
        </w:tc>
      </w:tr>
    </w:tbl>
    <w:p w14:paraId="2238EFAB" w14:textId="77777777" w:rsidR="00CC4682" w:rsidRPr="00D65E4F" w:rsidRDefault="00CC4682">
      <w:pPr>
        <w:spacing w:after="40"/>
        <w:rPr>
          <w:rFonts w:asciiTheme="majorHAnsi" w:hAnsiTheme="majorHAnsi" w:cstheme="majorHAnsi"/>
        </w:rPr>
      </w:pPr>
    </w:p>
    <w:p w14:paraId="7D4F302F" w14:textId="77777777" w:rsidR="00CC4682" w:rsidRPr="00D65E4F" w:rsidRDefault="00000000">
      <w:pPr>
        <w:pStyle w:val="Heading2"/>
        <w:rPr>
          <w:rFonts w:cstheme="majorHAnsi"/>
          <w:color w:val="auto"/>
        </w:rPr>
      </w:pPr>
      <w:r w:rsidRPr="00D65E4F">
        <w:rPr>
          <w:rFonts w:cstheme="majorHAnsi"/>
          <w:color w:val="auto"/>
        </w:rPr>
        <w:t>Governance and safeguards</w:t>
      </w:r>
    </w:p>
    <w:tbl>
      <w:tblPr>
        <w:tblStyle w:val="TableGrid"/>
        <w:tblW w:w="0" w:type="auto"/>
        <w:jc w:val="center"/>
        <w:tblLook w:val="04A0" w:firstRow="1" w:lastRow="0" w:firstColumn="1" w:lastColumn="0" w:noHBand="0" w:noVBand="1"/>
      </w:tblPr>
      <w:tblGrid>
        <w:gridCol w:w="3240"/>
        <w:gridCol w:w="6768"/>
      </w:tblGrid>
      <w:tr w:rsidR="00CC4682" w:rsidRPr="00D65E4F" w14:paraId="41295E49" w14:textId="77777777">
        <w:trPr>
          <w:trHeight w:val="500"/>
          <w:jc w:val="center"/>
        </w:trPr>
        <w:tc>
          <w:tcPr>
            <w:tcW w:w="3240" w:type="dxa"/>
            <w:shd w:val="clear" w:color="auto" w:fill="D9D9D9"/>
            <w:tcMar>
              <w:top w:w="80" w:type="dxa"/>
              <w:left w:w="100" w:type="dxa"/>
              <w:bottom w:w="80" w:type="dxa"/>
              <w:right w:w="100" w:type="dxa"/>
            </w:tcMar>
          </w:tcPr>
          <w:p w14:paraId="61F87CB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Organisation bank account</w:t>
            </w:r>
          </w:p>
        </w:tc>
        <w:tc>
          <w:tcPr>
            <w:tcW w:w="6768" w:type="dxa"/>
            <w:tcMar>
              <w:top w:w="80" w:type="dxa"/>
              <w:left w:w="100" w:type="dxa"/>
              <w:bottom w:w="80" w:type="dxa"/>
              <w:right w:w="100" w:type="dxa"/>
            </w:tcMar>
          </w:tcPr>
          <w:p w14:paraId="14D4C229"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Yes, with at least two authorised signatories/approvers   </w:t>
            </w:r>
            <w:r w:rsidRPr="00D65E4F">
              <w:rPr>
                <w:rFonts w:ascii="Segoe UI Symbol" w:hAnsi="Segoe UI Symbol" w:cs="Segoe UI Symbol"/>
                <w:sz w:val="22"/>
              </w:rPr>
              <w:t>☐</w:t>
            </w:r>
            <w:r w:rsidRPr="00D65E4F">
              <w:rPr>
                <w:rFonts w:asciiTheme="majorHAnsi" w:hAnsiTheme="majorHAnsi" w:cstheme="majorHAnsi"/>
                <w:sz w:val="22"/>
              </w:rPr>
              <w:t xml:space="preserve"> Not yet available (new group)</w:t>
            </w:r>
          </w:p>
        </w:tc>
      </w:tr>
      <w:tr w:rsidR="00CC4682" w:rsidRPr="00D65E4F" w14:paraId="4908DFB2" w14:textId="77777777">
        <w:trPr>
          <w:trHeight w:val="550"/>
          <w:jc w:val="center"/>
        </w:trPr>
        <w:tc>
          <w:tcPr>
            <w:tcW w:w="3240" w:type="dxa"/>
            <w:shd w:val="clear" w:color="auto" w:fill="D9D9D9"/>
            <w:tcMar>
              <w:top w:w="80" w:type="dxa"/>
              <w:left w:w="100" w:type="dxa"/>
              <w:bottom w:w="80" w:type="dxa"/>
              <w:right w:w="100" w:type="dxa"/>
            </w:tcMar>
          </w:tcPr>
          <w:p w14:paraId="6B12E39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Relevant policies/arrangements</w:t>
            </w:r>
          </w:p>
        </w:tc>
        <w:tc>
          <w:tcPr>
            <w:tcW w:w="6768" w:type="dxa"/>
            <w:tcMar>
              <w:top w:w="80" w:type="dxa"/>
              <w:left w:w="100" w:type="dxa"/>
              <w:bottom w:w="80" w:type="dxa"/>
              <w:right w:w="100" w:type="dxa"/>
            </w:tcMar>
          </w:tcPr>
          <w:p w14:paraId="4EB32114"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Equality   </w:t>
            </w:r>
            <w:r w:rsidRPr="00D65E4F">
              <w:rPr>
                <w:rFonts w:ascii="Segoe UI Symbol" w:hAnsi="Segoe UI Symbol" w:cs="Segoe UI Symbol"/>
                <w:sz w:val="22"/>
              </w:rPr>
              <w:t>☐</w:t>
            </w:r>
            <w:r w:rsidRPr="00D65E4F">
              <w:rPr>
                <w:rFonts w:asciiTheme="majorHAnsi" w:hAnsiTheme="majorHAnsi" w:cstheme="majorHAnsi"/>
                <w:sz w:val="22"/>
              </w:rPr>
              <w:t xml:space="preserve"> Safeguarding   </w:t>
            </w:r>
            <w:r w:rsidRPr="00D65E4F">
              <w:rPr>
                <w:rFonts w:ascii="Segoe UI Symbol" w:hAnsi="Segoe UI Symbol" w:cs="Segoe UI Symbol"/>
                <w:sz w:val="22"/>
              </w:rPr>
              <w:t>☐</w:t>
            </w:r>
            <w:r w:rsidRPr="00D65E4F">
              <w:rPr>
                <w:rFonts w:asciiTheme="majorHAnsi" w:hAnsiTheme="majorHAnsi" w:cstheme="majorHAnsi"/>
                <w:sz w:val="22"/>
              </w:rPr>
              <w:t xml:space="preserve"> Health &amp; Safety   </w:t>
            </w:r>
            <w:r w:rsidRPr="00D65E4F">
              <w:rPr>
                <w:rFonts w:ascii="Segoe UI Symbol" w:hAnsi="Segoe UI Symbol" w:cs="Segoe UI Symbol"/>
                <w:sz w:val="22"/>
              </w:rPr>
              <w:t>☐</w:t>
            </w:r>
            <w:r w:rsidRPr="00D65E4F">
              <w:rPr>
                <w:rFonts w:asciiTheme="majorHAnsi" w:hAnsiTheme="majorHAnsi" w:cstheme="majorHAnsi"/>
                <w:sz w:val="22"/>
              </w:rPr>
              <w:t xml:space="preserve"> Insurance   </w:t>
            </w:r>
            <w:r w:rsidRPr="00D65E4F">
              <w:rPr>
                <w:rFonts w:ascii="Segoe UI Symbol" w:hAnsi="Segoe UI Symbol" w:cs="Segoe UI Symbol"/>
                <w:sz w:val="22"/>
              </w:rPr>
              <w:t>☐</w:t>
            </w:r>
            <w:r w:rsidRPr="00D65E4F">
              <w:rPr>
                <w:rFonts w:asciiTheme="majorHAnsi" w:hAnsiTheme="majorHAnsi" w:cstheme="majorHAnsi"/>
                <w:sz w:val="22"/>
              </w:rPr>
              <w:t xml:space="preserve"> Other: ____________</w:t>
            </w:r>
          </w:p>
        </w:tc>
      </w:tr>
      <w:tr w:rsidR="00CC4682" w:rsidRPr="00D65E4F" w14:paraId="0D079C29" w14:textId="77777777">
        <w:trPr>
          <w:trHeight w:val="700"/>
          <w:jc w:val="center"/>
        </w:trPr>
        <w:tc>
          <w:tcPr>
            <w:tcW w:w="3240" w:type="dxa"/>
            <w:shd w:val="clear" w:color="auto" w:fill="D9D9D9"/>
            <w:tcMar>
              <w:top w:w="80" w:type="dxa"/>
              <w:left w:w="100" w:type="dxa"/>
              <w:bottom w:w="80" w:type="dxa"/>
              <w:right w:w="100" w:type="dxa"/>
            </w:tcMar>
          </w:tcPr>
          <w:p w14:paraId="747A8AED"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Licences/permissions required and status</w:t>
            </w:r>
          </w:p>
        </w:tc>
        <w:tc>
          <w:tcPr>
            <w:tcW w:w="6768" w:type="dxa"/>
            <w:tcMar>
              <w:top w:w="80" w:type="dxa"/>
              <w:left w:w="100" w:type="dxa"/>
              <w:bottom w:w="80" w:type="dxa"/>
              <w:right w:w="100" w:type="dxa"/>
            </w:tcMar>
          </w:tcPr>
          <w:p w14:paraId="1C308915" w14:textId="77777777" w:rsidR="00CC4682" w:rsidRPr="00D65E4F" w:rsidRDefault="00CC4682">
            <w:pPr>
              <w:rPr>
                <w:rFonts w:asciiTheme="majorHAnsi" w:hAnsiTheme="majorHAnsi" w:cstheme="majorHAnsi"/>
                <w:sz w:val="22"/>
              </w:rPr>
            </w:pPr>
          </w:p>
        </w:tc>
      </w:tr>
    </w:tbl>
    <w:p w14:paraId="77FE86D7" w14:textId="77777777" w:rsidR="00CC4682" w:rsidRPr="00D65E4F" w:rsidRDefault="00CC4682">
      <w:pPr>
        <w:spacing w:after="40"/>
        <w:rPr>
          <w:rFonts w:asciiTheme="majorHAnsi" w:hAnsiTheme="majorHAnsi" w:cstheme="majorHAnsi"/>
        </w:rPr>
      </w:pPr>
    </w:p>
    <w:p w14:paraId="7A87DDEA" w14:textId="77777777" w:rsidR="00CC4682" w:rsidRPr="00D65E4F" w:rsidRDefault="00000000">
      <w:pPr>
        <w:pStyle w:val="Heading2"/>
        <w:rPr>
          <w:rFonts w:cstheme="majorHAnsi"/>
          <w:color w:val="auto"/>
        </w:rPr>
      </w:pPr>
      <w:r w:rsidRPr="00D65E4F">
        <w:rPr>
          <w:rFonts w:cstheme="majorHAnsi"/>
          <w:color w:val="auto"/>
        </w:rPr>
        <w:t>Supporting information checklist</w:t>
      </w:r>
    </w:p>
    <w:p w14:paraId="495944EE"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Constitution or governing document.</w:t>
      </w:r>
    </w:p>
    <w:p w14:paraId="00B64019"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Latest approved annual accounts and three most recent bank statements (established organisations).</w:t>
      </w:r>
    </w:p>
    <w:p w14:paraId="6AC5A631"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For a new group: constitution, evidence of appointment/authority, 12-month income/expenditure forecast and any available organisational bank evidence.</w:t>
      </w:r>
    </w:p>
    <w:p w14:paraId="3B859EF6"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Written quotations for capital items/works over £500 and any other material quotations requested.</w:t>
      </w:r>
    </w:p>
    <w:p w14:paraId="10301DCF"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12-month forward plan for applications up to and including £5,000.</w:t>
      </w:r>
    </w:p>
    <w:p w14:paraId="20F44AE5"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Detailed project/business plan and budget/cashflow for applications over £5,000.</w:t>
      </w:r>
    </w:p>
    <w:p w14:paraId="56E9EB9D"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Relevant permissions, licences, insurance or safeguarding information.</w:t>
      </w:r>
    </w:p>
    <w:p w14:paraId="6700B741" w14:textId="77777777" w:rsidR="00CC4682" w:rsidRPr="00D65E4F" w:rsidRDefault="00000000">
      <w:pPr>
        <w:pStyle w:val="ListBullet"/>
        <w:spacing w:after="40"/>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Any additional information requested by the Clerk/RFO.</w:t>
      </w:r>
    </w:p>
    <w:p w14:paraId="218334EC" w14:textId="77777777" w:rsidR="00CC4682" w:rsidRPr="00D65E4F" w:rsidRDefault="00000000">
      <w:pPr>
        <w:pStyle w:val="Heading2"/>
        <w:rPr>
          <w:rFonts w:cstheme="majorHAnsi"/>
          <w:color w:val="auto"/>
        </w:rPr>
      </w:pPr>
      <w:r w:rsidRPr="00D65E4F">
        <w:rPr>
          <w:rFonts w:cstheme="majorHAnsi"/>
          <w:color w:val="auto"/>
        </w:rPr>
        <w:t>Declaration</w:t>
      </w:r>
    </w:p>
    <w:p w14:paraId="41920253"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 xml:space="preserve">I confirm that the information in this application is complete and accurate to the best of my knowledge; that I am authorised to apply on behalf of the organisation/group; that all material financial interests and commercial </w:t>
      </w:r>
      <w:r w:rsidRPr="00D65E4F">
        <w:rPr>
          <w:rFonts w:asciiTheme="majorHAnsi" w:hAnsiTheme="majorHAnsi" w:cstheme="majorHAnsi"/>
          <w:sz w:val="22"/>
        </w:rPr>
        <w:lastRenderedPageBreak/>
        <w:t>connections have been disclosed; and that, if successful, the organisation/group will comply with the Community Grant Policy and any specific conditions of award.</w:t>
      </w:r>
    </w:p>
    <w:tbl>
      <w:tblPr>
        <w:tblStyle w:val="TableGrid"/>
        <w:tblW w:w="0" w:type="auto"/>
        <w:jc w:val="center"/>
        <w:tblLook w:val="04A0" w:firstRow="1" w:lastRow="0" w:firstColumn="1" w:lastColumn="0" w:noHBand="0" w:noVBand="1"/>
      </w:tblPr>
      <w:tblGrid>
        <w:gridCol w:w="3240"/>
        <w:gridCol w:w="6768"/>
      </w:tblGrid>
      <w:tr w:rsidR="00CC4682" w:rsidRPr="00D65E4F" w14:paraId="0A460924" w14:textId="77777777">
        <w:trPr>
          <w:trHeight w:val="350"/>
          <w:jc w:val="center"/>
        </w:trPr>
        <w:tc>
          <w:tcPr>
            <w:tcW w:w="3240" w:type="dxa"/>
            <w:shd w:val="clear" w:color="auto" w:fill="D9D9D9"/>
            <w:tcMar>
              <w:top w:w="80" w:type="dxa"/>
              <w:left w:w="100" w:type="dxa"/>
              <w:bottom w:w="80" w:type="dxa"/>
              <w:right w:w="100" w:type="dxa"/>
            </w:tcMar>
          </w:tcPr>
          <w:p w14:paraId="196FF3A9"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Name</w:t>
            </w:r>
          </w:p>
        </w:tc>
        <w:tc>
          <w:tcPr>
            <w:tcW w:w="6768" w:type="dxa"/>
            <w:tcMar>
              <w:top w:w="80" w:type="dxa"/>
              <w:left w:w="100" w:type="dxa"/>
              <w:bottom w:w="80" w:type="dxa"/>
              <w:right w:w="100" w:type="dxa"/>
            </w:tcMar>
          </w:tcPr>
          <w:p w14:paraId="76E35523" w14:textId="77777777" w:rsidR="00CC4682" w:rsidRPr="00D65E4F" w:rsidRDefault="00CC4682">
            <w:pPr>
              <w:rPr>
                <w:rFonts w:asciiTheme="majorHAnsi" w:hAnsiTheme="majorHAnsi" w:cstheme="majorHAnsi"/>
                <w:sz w:val="22"/>
              </w:rPr>
            </w:pPr>
          </w:p>
        </w:tc>
      </w:tr>
      <w:tr w:rsidR="00CC4682" w:rsidRPr="00D65E4F" w14:paraId="28D39F71" w14:textId="77777777">
        <w:trPr>
          <w:trHeight w:val="350"/>
          <w:jc w:val="center"/>
        </w:trPr>
        <w:tc>
          <w:tcPr>
            <w:tcW w:w="3240" w:type="dxa"/>
            <w:shd w:val="clear" w:color="auto" w:fill="D9D9D9"/>
            <w:tcMar>
              <w:top w:w="80" w:type="dxa"/>
              <w:left w:w="100" w:type="dxa"/>
              <w:bottom w:w="80" w:type="dxa"/>
              <w:right w:w="100" w:type="dxa"/>
            </w:tcMar>
          </w:tcPr>
          <w:p w14:paraId="3BD9736F"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Position</w:t>
            </w:r>
          </w:p>
        </w:tc>
        <w:tc>
          <w:tcPr>
            <w:tcW w:w="6768" w:type="dxa"/>
            <w:tcMar>
              <w:top w:w="80" w:type="dxa"/>
              <w:left w:w="100" w:type="dxa"/>
              <w:bottom w:w="80" w:type="dxa"/>
              <w:right w:w="100" w:type="dxa"/>
            </w:tcMar>
          </w:tcPr>
          <w:p w14:paraId="202E3C7F" w14:textId="77777777" w:rsidR="00CC4682" w:rsidRPr="00D65E4F" w:rsidRDefault="00CC4682">
            <w:pPr>
              <w:rPr>
                <w:rFonts w:asciiTheme="majorHAnsi" w:hAnsiTheme="majorHAnsi" w:cstheme="majorHAnsi"/>
                <w:sz w:val="22"/>
              </w:rPr>
            </w:pPr>
          </w:p>
        </w:tc>
      </w:tr>
      <w:tr w:rsidR="00CC4682" w:rsidRPr="00D65E4F" w14:paraId="1F742A26" w14:textId="77777777">
        <w:trPr>
          <w:trHeight w:val="400"/>
          <w:jc w:val="center"/>
        </w:trPr>
        <w:tc>
          <w:tcPr>
            <w:tcW w:w="3240" w:type="dxa"/>
            <w:shd w:val="clear" w:color="auto" w:fill="D9D9D9"/>
            <w:tcMar>
              <w:top w:w="80" w:type="dxa"/>
              <w:left w:w="100" w:type="dxa"/>
              <w:bottom w:w="80" w:type="dxa"/>
              <w:right w:w="100" w:type="dxa"/>
            </w:tcMar>
          </w:tcPr>
          <w:p w14:paraId="59987A95"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Signature</w:t>
            </w:r>
          </w:p>
        </w:tc>
        <w:tc>
          <w:tcPr>
            <w:tcW w:w="6768" w:type="dxa"/>
            <w:tcMar>
              <w:top w:w="80" w:type="dxa"/>
              <w:left w:w="100" w:type="dxa"/>
              <w:bottom w:w="80" w:type="dxa"/>
              <w:right w:w="100" w:type="dxa"/>
            </w:tcMar>
          </w:tcPr>
          <w:p w14:paraId="49A37960" w14:textId="77777777" w:rsidR="00CC4682" w:rsidRPr="00D65E4F" w:rsidRDefault="00CC4682">
            <w:pPr>
              <w:rPr>
                <w:rFonts w:asciiTheme="majorHAnsi" w:hAnsiTheme="majorHAnsi" w:cstheme="majorHAnsi"/>
                <w:sz w:val="22"/>
              </w:rPr>
            </w:pPr>
          </w:p>
        </w:tc>
      </w:tr>
      <w:tr w:rsidR="00CC4682" w:rsidRPr="00D65E4F" w14:paraId="7B0287B1" w14:textId="77777777">
        <w:trPr>
          <w:trHeight w:val="350"/>
          <w:jc w:val="center"/>
        </w:trPr>
        <w:tc>
          <w:tcPr>
            <w:tcW w:w="3240" w:type="dxa"/>
            <w:shd w:val="clear" w:color="auto" w:fill="D9D9D9"/>
            <w:tcMar>
              <w:top w:w="80" w:type="dxa"/>
              <w:left w:w="100" w:type="dxa"/>
              <w:bottom w:w="80" w:type="dxa"/>
              <w:right w:w="100" w:type="dxa"/>
            </w:tcMar>
          </w:tcPr>
          <w:p w14:paraId="4681B837"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Date</w:t>
            </w:r>
          </w:p>
        </w:tc>
        <w:tc>
          <w:tcPr>
            <w:tcW w:w="6768" w:type="dxa"/>
            <w:tcMar>
              <w:top w:w="80" w:type="dxa"/>
              <w:left w:w="100" w:type="dxa"/>
              <w:bottom w:w="80" w:type="dxa"/>
              <w:right w:w="100" w:type="dxa"/>
            </w:tcMar>
          </w:tcPr>
          <w:p w14:paraId="7984E999" w14:textId="77777777" w:rsidR="00CC4682" w:rsidRPr="00D65E4F" w:rsidRDefault="00CC4682">
            <w:pPr>
              <w:rPr>
                <w:rFonts w:asciiTheme="majorHAnsi" w:hAnsiTheme="majorHAnsi" w:cstheme="majorHAnsi"/>
                <w:sz w:val="22"/>
              </w:rPr>
            </w:pPr>
          </w:p>
        </w:tc>
      </w:tr>
    </w:tbl>
    <w:p w14:paraId="2B1C8DE8" w14:textId="77777777" w:rsidR="00CC4682" w:rsidRPr="00D65E4F" w:rsidRDefault="00CC4682">
      <w:pPr>
        <w:spacing w:after="40"/>
        <w:rPr>
          <w:rFonts w:asciiTheme="majorHAnsi" w:hAnsiTheme="majorHAnsi" w:cstheme="majorHAnsi"/>
        </w:rPr>
      </w:pPr>
    </w:p>
    <w:p w14:paraId="017CD9D2" w14:textId="77777777" w:rsidR="00CC4682" w:rsidRPr="00D65E4F" w:rsidRDefault="00000000">
      <w:pPr>
        <w:rPr>
          <w:rFonts w:asciiTheme="majorHAnsi" w:hAnsiTheme="majorHAnsi" w:cstheme="majorHAnsi"/>
        </w:rPr>
      </w:pPr>
      <w:r w:rsidRPr="00D65E4F">
        <w:rPr>
          <w:rFonts w:asciiTheme="majorHAnsi" w:hAnsiTheme="majorHAnsi" w:cstheme="majorHAnsi"/>
        </w:rPr>
        <w:br w:type="page"/>
      </w:r>
    </w:p>
    <w:p w14:paraId="1FB55400" w14:textId="77777777" w:rsidR="00D65E4F" w:rsidRPr="00D65E4F" w:rsidRDefault="00D65E4F" w:rsidP="00D65E4F">
      <w:pPr>
        <w:jc w:val="center"/>
      </w:pPr>
      <w:r w:rsidRPr="00D65E4F">
        <w:rPr>
          <w:b/>
          <w:sz w:val="32"/>
        </w:rPr>
        <w:lastRenderedPageBreak/>
        <w:t>Grant Award Agreement &amp; Acceptance Form</w:t>
      </w:r>
    </w:p>
    <w:p w14:paraId="0A644950" w14:textId="77777777" w:rsidR="00D65E4F" w:rsidRPr="00D65E4F" w:rsidRDefault="00D65E4F" w:rsidP="00D65E4F">
      <w:pPr>
        <w:jc w:val="center"/>
        <w:rPr>
          <w:sz w:val="22"/>
        </w:rPr>
      </w:pPr>
      <w:r w:rsidRPr="00D65E4F">
        <w:rPr>
          <w:sz w:val="22"/>
        </w:rPr>
        <w:t>To be completed after the Council has approved a grant and before any grant funds are released.</w:t>
      </w:r>
    </w:p>
    <w:p w14:paraId="445D3636" w14:textId="77777777" w:rsidR="00D65E4F" w:rsidRPr="00D65E4F" w:rsidRDefault="00D65E4F" w:rsidP="00D65E4F">
      <w:pPr>
        <w:rPr>
          <w:sz w:val="22"/>
        </w:rPr>
      </w:pPr>
      <w:r w:rsidRPr="00D65E4F">
        <w:rPr>
          <w:i/>
          <w:sz w:val="22"/>
        </w:rPr>
        <w:t>This agreement records the Council's decision and any conditions specific to the award. It should be read together with the Community Grant Policy and the successful application.</w:t>
      </w:r>
    </w:p>
    <w:tbl>
      <w:tblPr>
        <w:tblStyle w:val="TableGrid"/>
        <w:tblW w:w="0" w:type="auto"/>
        <w:tblLook w:val="04A0" w:firstRow="1" w:lastRow="0" w:firstColumn="1" w:lastColumn="0" w:noHBand="0" w:noVBand="1"/>
      </w:tblPr>
      <w:tblGrid>
        <w:gridCol w:w="4320"/>
        <w:gridCol w:w="4320"/>
      </w:tblGrid>
      <w:tr w:rsidR="00D65E4F" w14:paraId="343FE91F" w14:textId="77777777" w:rsidTr="0007619F">
        <w:trPr>
          <w:trHeight w:val="350"/>
        </w:trPr>
        <w:tc>
          <w:tcPr>
            <w:tcW w:w="4320" w:type="dxa"/>
            <w:shd w:val="clear" w:color="auto" w:fill="D9D9D9"/>
            <w:tcMar>
              <w:top w:w="80" w:type="dxa"/>
              <w:left w:w="100" w:type="dxa"/>
              <w:bottom w:w="80" w:type="dxa"/>
              <w:right w:w="100" w:type="dxa"/>
            </w:tcMar>
          </w:tcPr>
          <w:p w14:paraId="46F59FA4" w14:textId="77777777" w:rsidR="00D65E4F" w:rsidRPr="00D65E4F" w:rsidRDefault="00D65E4F" w:rsidP="0007619F">
            <w:pPr>
              <w:rPr>
                <w:sz w:val="22"/>
              </w:rPr>
            </w:pPr>
            <w:r w:rsidRPr="00D65E4F">
              <w:rPr>
                <w:b/>
                <w:sz w:val="22"/>
              </w:rPr>
              <w:t>Organisation/group</w:t>
            </w:r>
          </w:p>
        </w:tc>
        <w:tc>
          <w:tcPr>
            <w:tcW w:w="4320" w:type="dxa"/>
            <w:tcMar>
              <w:top w:w="80" w:type="dxa"/>
              <w:left w:w="100" w:type="dxa"/>
              <w:bottom w:w="80" w:type="dxa"/>
              <w:right w:w="100" w:type="dxa"/>
            </w:tcMar>
          </w:tcPr>
          <w:p w14:paraId="57FA313D" w14:textId="77777777" w:rsidR="00D65E4F" w:rsidRPr="00D65E4F" w:rsidRDefault="00D65E4F" w:rsidP="0007619F">
            <w:pPr>
              <w:rPr>
                <w:sz w:val="22"/>
              </w:rPr>
            </w:pPr>
          </w:p>
        </w:tc>
      </w:tr>
      <w:tr w:rsidR="00D65E4F" w14:paraId="30DA241D" w14:textId="77777777" w:rsidTr="0007619F">
        <w:trPr>
          <w:trHeight w:val="350"/>
        </w:trPr>
        <w:tc>
          <w:tcPr>
            <w:tcW w:w="4320" w:type="dxa"/>
            <w:shd w:val="clear" w:color="auto" w:fill="D9D9D9"/>
            <w:tcMar>
              <w:top w:w="80" w:type="dxa"/>
              <w:left w:w="100" w:type="dxa"/>
              <w:bottom w:w="80" w:type="dxa"/>
              <w:right w:w="100" w:type="dxa"/>
            </w:tcMar>
          </w:tcPr>
          <w:p w14:paraId="12DF1CB0" w14:textId="77777777" w:rsidR="00D65E4F" w:rsidRPr="00D65E4F" w:rsidRDefault="00D65E4F" w:rsidP="0007619F">
            <w:pPr>
              <w:rPr>
                <w:sz w:val="22"/>
              </w:rPr>
            </w:pPr>
            <w:r w:rsidRPr="00D65E4F">
              <w:rPr>
                <w:b/>
                <w:sz w:val="22"/>
              </w:rPr>
              <w:t>Project/event</w:t>
            </w:r>
          </w:p>
        </w:tc>
        <w:tc>
          <w:tcPr>
            <w:tcW w:w="4320" w:type="dxa"/>
            <w:tcMar>
              <w:top w:w="80" w:type="dxa"/>
              <w:left w:w="100" w:type="dxa"/>
              <w:bottom w:w="80" w:type="dxa"/>
              <w:right w:w="100" w:type="dxa"/>
            </w:tcMar>
          </w:tcPr>
          <w:p w14:paraId="145C37EC" w14:textId="77777777" w:rsidR="00D65E4F" w:rsidRPr="00D65E4F" w:rsidRDefault="00D65E4F" w:rsidP="0007619F">
            <w:pPr>
              <w:rPr>
                <w:sz w:val="22"/>
              </w:rPr>
            </w:pPr>
          </w:p>
        </w:tc>
      </w:tr>
      <w:tr w:rsidR="00D65E4F" w14:paraId="58939956" w14:textId="77777777" w:rsidTr="0007619F">
        <w:trPr>
          <w:trHeight w:val="350"/>
        </w:trPr>
        <w:tc>
          <w:tcPr>
            <w:tcW w:w="4320" w:type="dxa"/>
            <w:shd w:val="clear" w:color="auto" w:fill="D9D9D9"/>
            <w:tcMar>
              <w:top w:w="80" w:type="dxa"/>
              <w:left w:w="100" w:type="dxa"/>
              <w:bottom w:w="80" w:type="dxa"/>
              <w:right w:w="100" w:type="dxa"/>
            </w:tcMar>
          </w:tcPr>
          <w:p w14:paraId="3BA83C09" w14:textId="77777777" w:rsidR="00D65E4F" w:rsidRPr="00D65E4F" w:rsidRDefault="00D65E4F" w:rsidP="0007619F">
            <w:pPr>
              <w:rPr>
                <w:sz w:val="22"/>
              </w:rPr>
            </w:pPr>
            <w:r w:rsidRPr="00D65E4F">
              <w:rPr>
                <w:b/>
                <w:sz w:val="22"/>
              </w:rPr>
              <w:t>Council meeting/date approved</w:t>
            </w:r>
          </w:p>
        </w:tc>
        <w:tc>
          <w:tcPr>
            <w:tcW w:w="4320" w:type="dxa"/>
            <w:tcMar>
              <w:top w:w="80" w:type="dxa"/>
              <w:left w:w="100" w:type="dxa"/>
              <w:bottom w:w="80" w:type="dxa"/>
              <w:right w:w="100" w:type="dxa"/>
            </w:tcMar>
          </w:tcPr>
          <w:p w14:paraId="4013F465" w14:textId="77777777" w:rsidR="00D65E4F" w:rsidRPr="00D65E4F" w:rsidRDefault="00D65E4F" w:rsidP="0007619F">
            <w:pPr>
              <w:rPr>
                <w:sz w:val="22"/>
              </w:rPr>
            </w:pPr>
          </w:p>
        </w:tc>
      </w:tr>
      <w:tr w:rsidR="00D65E4F" w14:paraId="59F38ACA" w14:textId="77777777" w:rsidTr="0007619F">
        <w:trPr>
          <w:trHeight w:val="350"/>
        </w:trPr>
        <w:tc>
          <w:tcPr>
            <w:tcW w:w="4320" w:type="dxa"/>
            <w:shd w:val="clear" w:color="auto" w:fill="D9D9D9"/>
            <w:tcMar>
              <w:top w:w="80" w:type="dxa"/>
              <w:left w:w="100" w:type="dxa"/>
              <w:bottom w:w="80" w:type="dxa"/>
              <w:right w:w="100" w:type="dxa"/>
            </w:tcMar>
          </w:tcPr>
          <w:p w14:paraId="316E5F7F" w14:textId="77777777" w:rsidR="00D65E4F" w:rsidRPr="00D65E4F" w:rsidRDefault="00D65E4F" w:rsidP="0007619F">
            <w:pPr>
              <w:rPr>
                <w:sz w:val="22"/>
              </w:rPr>
            </w:pPr>
            <w:r w:rsidRPr="00D65E4F">
              <w:rPr>
                <w:b/>
                <w:sz w:val="22"/>
              </w:rPr>
              <w:t>Minute reference</w:t>
            </w:r>
          </w:p>
        </w:tc>
        <w:tc>
          <w:tcPr>
            <w:tcW w:w="4320" w:type="dxa"/>
            <w:tcMar>
              <w:top w:w="80" w:type="dxa"/>
              <w:left w:w="100" w:type="dxa"/>
              <w:bottom w:w="80" w:type="dxa"/>
              <w:right w:w="100" w:type="dxa"/>
            </w:tcMar>
          </w:tcPr>
          <w:p w14:paraId="72524A26" w14:textId="77777777" w:rsidR="00D65E4F" w:rsidRPr="00D65E4F" w:rsidRDefault="00D65E4F" w:rsidP="0007619F">
            <w:pPr>
              <w:rPr>
                <w:sz w:val="22"/>
              </w:rPr>
            </w:pPr>
          </w:p>
        </w:tc>
      </w:tr>
      <w:tr w:rsidR="00D65E4F" w14:paraId="638C26D9" w14:textId="77777777" w:rsidTr="0007619F">
        <w:trPr>
          <w:trHeight w:val="350"/>
        </w:trPr>
        <w:tc>
          <w:tcPr>
            <w:tcW w:w="4320" w:type="dxa"/>
            <w:shd w:val="clear" w:color="auto" w:fill="D9D9D9"/>
            <w:tcMar>
              <w:top w:w="80" w:type="dxa"/>
              <w:left w:w="100" w:type="dxa"/>
              <w:bottom w:w="80" w:type="dxa"/>
              <w:right w:w="100" w:type="dxa"/>
            </w:tcMar>
          </w:tcPr>
          <w:p w14:paraId="6F20524E" w14:textId="77777777" w:rsidR="00D65E4F" w:rsidRPr="00D65E4F" w:rsidRDefault="00D65E4F" w:rsidP="0007619F">
            <w:pPr>
              <w:rPr>
                <w:sz w:val="22"/>
              </w:rPr>
            </w:pPr>
            <w:r w:rsidRPr="00D65E4F">
              <w:rPr>
                <w:b/>
                <w:sz w:val="22"/>
              </w:rPr>
              <w:t>Statutory power used</w:t>
            </w:r>
          </w:p>
        </w:tc>
        <w:tc>
          <w:tcPr>
            <w:tcW w:w="4320" w:type="dxa"/>
            <w:tcMar>
              <w:top w:w="80" w:type="dxa"/>
              <w:left w:w="100" w:type="dxa"/>
              <w:bottom w:w="80" w:type="dxa"/>
              <w:right w:w="100" w:type="dxa"/>
            </w:tcMar>
          </w:tcPr>
          <w:p w14:paraId="46025BE4" w14:textId="77777777" w:rsidR="00D65E4F" w:rsidRPr="00D65E4F" w:rsidRDefault="00D65E4F" w:rsidP="0007619F">
            <w:pPr>
              <w:rPr>
                <w:sz w:val="22"/>
              </w:rPr>
            </w:pPr>
          </w:p>
        </w:tc>
      </w:tr>
      <w:tr w:rsidR="00D65E4F" w14:paraId="3D8869D9" w14:textId="77777777" w:rsidTr="0007619F">
        <w:trPr>
          <w:trHeight w:val="350"/>
        </w:trPr>
        <w:tc>
          <w:tcPr>
            <w:tcW w:w="4320" w:type="dxa"/>
            <w:shd w:val="clear" w:color="auto" w:fill="D9D9D9"/>
            <w:tcMar>
              <w:top w:w="80" w:type="dxa"/>
              <w:left w:w="100" w:type="dxa"/>
              <w:bottom w:w="80" w:type="dxa"/>
              <w:right w:w="100" w:type="dxa"/>
            </w:tcMar>
          </w:tcPr>
          <w:p w14:paraId="12BB37B0" w14:textId="77777777" w:rsidR="00D65E4F" w:rsidRPr="00D65E4F" w:rsidRDefault="00D65E4F" w:rsidP="0007619F">
            <w:pPr>
              <w:rPr>
                <w:sz w:val="22"/>
              </w:rPr>
            </w:pPr>
            <w:r w:rsidRPr="00D65E4F">
              <w:rPr>
                <w:b/>
                <w:sz w:val="22"/>
              </w:rPr>
              <w:t>Grant amount approved</w:t>
            </w:r>
          </w:p>
        </w:tc>
        <w:tc>
          <w:tcPr>
            <w:tcW w:w="4320" w:type="dxa"/>
            <w:tcMar>
              <w:top w:w="80" w:type="dxa"/>
              <w:left w:w="100" w:type="dxa"/>
              <w:bottom w:w="80" w:type="dxa"/>
              <w:right w:w="100" w:type="dxa"/>
            </w:tcMar>
          </w:tcPr>
          <w:p w14:paraId="33542125" w14:textId="77777777" w:rsidR="00D65E4F" w:rsidRPr="00D65E4F" w:rsidRDefault="00D65E4F" w:rsidP="0007619F">
            <w:pPr>
              <w:rPr>
                <w:sz w:val="22"/>
              </w:rPr>
            </w:pPr>
            <w:r w:rsidRPr="00D65E4F">
              <w:rPr>
                <w:sz w:val="22"/>
              </w:rPr>
              <w:t>£</w:t>
            </w:r>
          </w:p>
        </w:tc>
      </w:tr>
      <w:tr w:rsidR="00D65E4F" w14:paraId="45130B7C" w14:textId="77777777" w:rsidTr="0007619F">
        <w:trPr>
          <w:trHeight w:val="800"/>
        </w:trPr>
        <w:tc>
          <w:tcPr>
            <w:tcW w:w="4320" w:type="dxa"/>
            <w:shd w:val="clear" w:color="auto" w:fill="D9D9D9"/>
            <w:tcMar>
              <w:top w:w="80" w:type="dxa"/>
              <w:left w:w="100" w:type="dxa"/>
              <w:bottom w:w="80" w:type="dxa"/>
              <w:right w:w="100" w:type="dxa"/>
            </w:tcMar>
          </w:tcPr>
          <w:p w14:paraId="355188C4" w14:textId="77777777" w:rsidR="00D65E4F" w:rsidRPr="00D65E4F" w:rsidRDefault="00D65E4F" w:rsidP="0007619F">
            <w:pPr>
              <w:rPr>
                <w:sz w:val="22"/>
              </w:rPr>
            </w:pPr>
            <w:r w:rsidRPr="00D65E4F">
              <w:rPr>
                <w:b/>
                <w:sz w:val="22"/>
              </w:rPr>
              <w:t>Approved purpose / cost headings</w:t>
            </w:r>
          </w:p>
        </w:tc>
        <w:tc>
          <w:tcPr>
            <w:tcW w:w="4320" w:type="dxa"/>
            <w:tcMar>
              <w:top w:w="80" w:type="dxa"/>
              <w:left w:w="100" w:type="dxa"/>
              <w:bottom w:w="80" w:type="dxa"/>
              <w:right w:w="100" w:type="dxa"/>
            </w:tcMar>
          </w:tcPr>
          <w:p w14:paraId="13F8A65D" w14:textId="77777777" w:rsidR="00D65E4F" w:rsidRPr="00D65E4F" w:rsidRDefault="00D65E4F" w:rsidP="0007619F">
            <w:pPr>
              <w:rPr>
                <w:sz w:val="22"/>
              </w:rPr>
            </w:pPr>
          </w:p>
        </w:tc>
      </w:tr>
      <w:tr w:rsidR="00D65E4F" w14:paraId="7C96F0E0" w14:textId="77777777" w:rsidTr="0007619F">
        <w:trPr>
          <w:trHeight w:val="700"/>
        </w:trPr>
        <w:tc>
          <w:tcPr>
            <w:tcW w:w="4320" w:type="dxa"/>
            <w:shd w:val="clear" w:color="auto" w:fill="D9D9D9"/>
            <w:tcMar>
              <w:top w:w="80" w:type="dxa"/>
              <w:left w:w="100" w:type="dxa"/>
              <w:bottom w:w="80" w:type="dxa"/>
              <w:right w:w="100" w:type="dxa"/>
            </w:tcMar>
          </w:tcPr>
          <w:p w14:paraId="06AC7BC0" w14:textId="77777777" w:rsidR="00D65E4F" w:rsidRPr="00D65E4F" w:rsidRDefault="00D65E4F" w:rsidP="0007619F">
            <w:pPr>
              <w:rPr>
                <w:sz w:val="22"/>
              </w:rPr>
            </w:pPr>
            <w:r w:rsidRPr="00D65E4F">
              <w:rPr>
                <w:b/>
                <w:sz w:val="22"/>
              </w:rPr>
              <w:t>Any specific conditions attached by Council</w:t>
            </w:r>
          </w:p>
        </w:tc>
        <w:tc>
          <w:tcPr>
            <w:tcW w:w="4320" w:type="dxa"/>
            <w:tcMar>
              <w:top w:w="80" w:type="dxa"/>
              <w:left w:w="100" w:type="dxa"/>
              <w:bottom w:w="80" w:type="dxa"/>
              <w:right w:w="100" w:type="dxa"/>
            </w:tcMar>
          </w:tcPr>
          <w:p w14:paraId="22143737" w14:textId="77777777" w:rsidR="00D65E4F" w:rsidRPr="00D65E4F" w:rsidRDefault="00D65E4F" w:rsidP="0007619F">
            <w:pPr>
              <w:rPr>
                <w:sz w:val="22"/>
              </w:rPr>
            </w:pPr>
          </w:p>
        </w:tc>
      </w:tr>
      <w:tr w:rsidR="00D65E4F" w14:paraId="50E39DB8" w14:textId="77777777" w:rsidTr="0007619F">
        <w:trPr>
          <w:trHeight w:val="550"/>
        </w:trPr>
        <w:tc>
          <w:tcPr>
            <w:tcW w:w="4320" w:type="dxa"/>
            <w:shd w:val="clear" w:color="auto" w:fill="D9D9D9"/>
            <w:tcMar>
              <w:top w:w="80" w:type="dxa"/>
              <w:left w:w="100" w:type="dxa"/>
              <w:bottom w:w="80" w:type="dxa"/>
              <w:right w:w="100" w:type="dxa"/>
            </w:tcMar>
          </w:tcPr>
          <w:p w14:paraId="45A3AE8C" w14:textId="77777777" w:rsidR="00D65E4F" w:rsidRPr="00D65E4F" w:rsidRDefault="00D65E4F" w:rsidP="0007619F">
            <w:pPr>
              <w:rPr>
                <w:sz w:val="22"/>
              </w:rPr>
            </w:pPr>
            <w:r w:rsidRPr="00D65E4F">
              <w:rPr>
                <w:b/>
                <w:sz w:val="22"/>
              </w:rPr>
              <w:t>Payment method</w:t>
            </w:r>
          </w:p>
        </w:tc>
        <w:tc>
          <w:tcPr>
            <w:tcW w:w="4320" w:type="dxa"/>
            <w:tcMar>
              <w:top w:w="80" w:type="dxa"/>
              <w:left w:w="100" w:type="dxa"/>
              <w:bottom w:w="80" w:type="dxa"/>
              <w:right w:w="100" w:type="dxa"/>
            </w:tcMar>
          </w:tcPr>
          <w:p w14:paraId="336BFD5D" w14:textId="77777777" w:rsidR="00D65E4F" w:rsidRPr="00D65E4F" w:rsidRDefault="00D65E4F" w:rsidP="0007619F">
            <w:pPr>
              <w:rPr>
                <w:sz w:val="22"/>
              </w:rPr>
            </w:pPr>
            <w:r w:rsidRPr="00D65E4F">
              <w:rPr>
                <w:rFonts w:ascii="Segoe UI Symbol" w:hAnsi="Segoe UI Symbol" w:cs="Segoe UI Symbol"/>
                <w:sz w:val="22"/>
              </w:rPr>
              <w:t>☐</w:t>
            </w:r>
            <w:r w:rsidRPr="00D65E4F">
              <w:rPr>
                <w:sz w:val="22"/>
              </w:rPr>
              <w:t xml:space="preserve"> Payment to organisation account   </w:t>
            </w:r>
            <w:r w:rsidRPr="00D65E4F">
              <w:rPr>
                <w:rFonts w:ascii="Segoe UI Symbol" w:hAnsi="Segoe UI Symbol" w:cs="Segoe UI Symbol"/>
                <w:sz w:val="22"/>
              </w:rPr>
              <w:t>☐</w:t>
            </w:r>
            <w:r w:rsidRPr="00D65E4F">
              <w:rPr>
                <w:sz w:val="22"/>
              </w:rPr>
              <w:t xml:space="preserve"> Direct payment to supplier(s)   </w:t>
            </w:r>
            <w:r w:rsidRPr="00D65E4F">
              <w:rPr>
                <w:rFonts w:ascii="Segoe UI Symbol" w:hAnsi="Segoe UI Symbol" w:cs="Segoe UI Symbol"/>
                <w:sz w:val="22"/>
              </w:rPr>
              <w:t>☐</w:t>
            </w:r>
            <w:r w:rsidRPr="00D65E4F">
              <w:rPr>
                <w:sz w:val="22"/>
              </w:rPr>
              <w:t xml:space="preserve"> Staged payment   </w:t>
            </w:r>
            <w:r w:rsidRPr="00D65E4F">
              <w:rPr>
                <w:rFonts w:ascii="Segoe UI Symbol" w:hAnsi="Segoe UI Symbol" w:cs="Segoe UI Symbol"/>
                <w:sz w:val="22"/>
              </w:rPr>
              <w:t>☐</w:t>
            </w:r>
            <w:r w:rsidRPr="00D65E4F">
              <w:rPr>
                <w:sz w:val="22"/>
              </w:rPr>
              <w:t xml:space="preserve"> Other: ____________</w:t>
            </w:r>
          </w:p>
        </w:tc>
      </w:tr>
      <w:tr w:rsidR="00D65E4F" w14:paraId="6FE15027" w14:textId="77777777" w:rsidTr="0007619F">
        <w:trPr>
          <w:trHeight w:val="350"/>
        </w:trPr>
        <w:tc>
          <w:tcPr>
            <w:tcW w:w="4320" w:type="dxa"/>
            <w:shd w:val="clear" w:color="auto" w:fill="D9D9D9"/>
            <w:tcMar>
              <w:top w:w="80" w:type="dxa"/>
              <w:left w:w="100" w:type="dxa"/>
              <w:bottom w:w="80" w:type="dxa"/>
              <w:right w:w="100" w:type="dxa"/>
            </w:tcMar>
          </w:tcPr>
          <w:p w14:paraId="472679E1" w14:textId="77777777" w:rsidR="00D65E4F" w:rsidRPr="00D65E4F" w:rsidRDefault="00D65E4F" w:rsidP="0007619F">
            <w:pPr>
              <w:rPr>
                <w:sz w:val="22"/>
              </w:rPr>
            </w:pPr>
            <w:r w:rsidRPr="00D65E4F">
              <w:rPr>
                <w:b/>
                <w:sz w:val="22"/>
              </w:rPr>
              <w:t>Completion / spend deadline</w:t>
            </w:r>
          </w:p>
        </w:tc>
        <w:tc>
          <w:tcPr>
            <w:tcW w:w="4320" w:type="dxa"/>
            <w:tcMar>
              <w:top w:w="80" w:type="dxa"/>
              <w:left w:w="100" w:type="dxa"/>
              <w:bottom w:w="80" w:type="dxa"/>
              <w:right w:w="100" w:type="dxa"/>
            </w:tcMar>
          </w:tcPr>
          <w:p w14:paraId="2A1E8501" w14:textId="77777777" w:rsidR="00D65E4F" w:rsidRPr="00D65E4F" w:rsidRDefault="00D65E4F" w:rsidP="0007619F">
            <w:pPr>
              <w:rPr>
                <w:sz w:val="22"/>
              </w:rPr>
            </w:pPr>
          </w:p>
        </w:tc>
      </w:tr>
      <w:tr w:rsidR="00D65E4F" w14:paraId="3CB40EC7" w14:textId="77777777" w:rsidTr="0007619F">
        <w:trPr>
          <w:trHeight w:val="350"/>
        </w:trPr>
        <w:tc>
          <w:tcPr>
            <w:tcW w:w="4320" w:type="dxa"/>
            <w:shd w:val="clear" w:color="auto" w:fill="D9D9D9"/>
            <w:tcMar>
              <w:top w:w="80" w:type="dxa"/>
              <w:left w:w="100" w:type="dxa"/>
              <w:bottom w:w="80" w:type="dxa"/>
              <w:right w:w="100" w:type="dxa"/>
            </w:tcMar>
          </w:tcPr>
          <w:p w14:paraId="31CCCB60" w14:textId="77777777" w:rsidR="00D65E4F" w:rsidRPr="00D65E4F" w:rsidRDefault="00D65E4F" w:rsidP="0007619F">
            <w:pPr>
              <w:rPr>
                <w:sz w:val="22"/>
              </w:rPr>
            </w:pPr>
            <w:r w:rsidRPr="00D65E4F">
              <w:rPr>
                <w:b/>
                <w:sz w:val="22"/>
              </w:rPr>
              <w:t>Evaluation / monitoring due by</w:t>
            </w:r>
          </w:p>
        </w:tc>
        <w:tc>
          <w:tcPr>
            <w:tcW w:w="4320" w:type="dxa"/>
            <w:tcMar>
              <w:top w:w="80" w:type="dxa"/>
              <w:left w:w="100" w:type="dxa"/>
              <w:bottom w:w="80" w:type="dxa"/>
              <w:right w:w="100" w:type="dxa"/>
            </w:tcMar>
          </w:tcPr>
          <w:p w14:paraId="18A2E83C" w14:textId="77777777" w:rsidR="00D65E4F" w:rsidRPr="00D65E4F" w:rsidRDefault="00D65E4F" w:rsidP="0007619F">
            <w:pPr>
              <w:rPr>
                <w:sz w:val="22"/>
              </w:rPr>
            </w:pPr>
          </w:p>
        </w:tc>
      </w:tr>
    </w:tbl>
    <w:p w14:paraId="62A7BEFC" w14:textId="77777777" w:rsidR="00D65E4F" w:rsidRPr="00D65E4F" w:rsidRDefault="00D65E4F" w:rsidP="00D65E4F">
      <w:r w:rsidRPr="00D65E4F">
        <w:rPr>
          <w:b/>
          <w:sz w:val="22"/>
        </w:rPr>
        <w:t>Conditions accepted by the recipient</w:t>
      </w:r>
    </w:p>
    <w:p w14:paraId="5856A974" w14:textId="77777777" w:rsidR="00D65E4F" w:rsidRPr="00D65E4F" w:rsidRDefault="00D65E4F" w:rsidP="00D65E4F">
      <w:pPr>
        <w:pStyle w:val="ListBullet"/>
        <w:rPr>
          <w:sz w:val="22"/>
        </w:rPr>
      </w:pPr>
      <w:r w:rsidRPr="00D65E4F">
        <w:rPr>
          <w:sz w:val="22"/>
        </w:rPr>
        <w:t>The grant will be used only for the purpose and approved cost headings stated above and in the application. Any material change requires prior written approval from the Council.</w:t>
      </w:r>
    </w:p>
    <w:p w14:paraId="0FAFB42A" w14:textId="77777777" w:rsidR="00D65E4F" w:rsidRPr="00D65E4F" w:rsidRDefault="00D65E4F" w:rsidP="00D65E4F">
      <w:pPr>
        <w:pStyle w:val="ListBullet"/>
        <w:rPr>
          <w:sz w:val="22"/>
        </w:rPr>
      </w:pPr>
      <w:r w:rsidRPr="00D65E4F">
        <w:rPr>
          <w:sz w:val="22"/>
        </w:rPr>
        <w:t>No grant payment will be made to a personal bank account. Where the Council has required direct payment to suppliers, the recipient will provide the necessary valid invoices and information.</w:t>
      </w:r>
    </w:p>
    <w:p w14:paraId="629F6DBF" w14:textId="77777777" w:rsidR="00D65E4F" w:rsidRPr="00D65E4F" w:rsidRDefault="00D65E4F" w:rsidP="00D65E4F">
      <w:pPr>
        <w:pStyle w:val="ListBullet"/>
        <w:rPr>
          <w:sz w:val="22"/>
        </w:rPr>
      </w:pPr>
      <w:r w:rsidRPr="00D65E4F">
        <w:rPr>
          <w:sz w:val="22"/>
        </w:rPr>
        <w:t>Any part of the grant which is unspent or not required for the approved purpose will be returned to the Council unless the Council expressly agrees otherwise in writing.</w:t>
      </w:r>
    </w:p>
    <w:p w14:paraId="194224F6" w14:textId="77777777" w:rsidR="00D65E4F" w:rsidRPr="00D65E4F" w:rsidRDefault="00D65E4F" w:rsidP="00D65E4F">
      <w:pPr>
        <w:pStyle w:val="ListBullet"/>
        <w:rPr>
          <w:sz w:val="22"/>
        </w:rPr>
      </w:pPr>
      <w:r w:rsidRPr="00D65E4F">
        <w:rPr>
          <w:sz w:val="22"/>
        </w:rPr>
        <w:t>The recipient will comply with all applicable licences, permissions, insurance, safeguarding, health and safety and other legal requirements relevant to the funded activity.</w:t>
      </w:r>
    </w:p>
    <w:p w14:paraId="1990AC6A" w14:textId="77777777" w:rsidR="00D65E4F" w:rsidRPr="00D65E4F" w:rsidRDefault="00D65E4F" w:rsidP="00D65E4F">
      <w:pPr>
        <w:pStyle w:val="ListBullet"/>
        <w:rPr>
          <w:sz w:val="22"/>
        </w:rPr>
      </w:pPr>
      <w:r w:rsidRPr="00D65E4F">
        <w:rPr>
          <w:sz w:val="22"/>
        </w:rPr>
        <w:t>The contribution of Wheldrake Parish Council will be acknowledged in appropriate publicity.</w:t>
      </w:r>
    </w:p>
    <w:p w14:paraId="5E331714" w14:textId="77777777" w:rsidR="00D65E4F" w:rsidRPr="00D65E4F" w:rsidRDefault="00D65E4F" w:rsidP="00D65E4F">
      <w:pPr>
        <w:pStyle w:val="ListBullet"/>
        <w:rPr>
          <w:sz w:val="22"/>
        </w:rPr>
      </w:pPr>
      <w:r w:rsidRPr="00D65E4F">
        <w:rPr>
          <w:sz w:val="22"/>
        </w:rPr>
        <w:t>The recipient will complete the Council's Grant Completion &amp; Evaluation Form and provide the financial and monitoring evidence required by the policy and any additional conditions recorded above.</w:t>
      </w:r>
    </w:p>
    <w:p w14:paraId="6909396C" w14:textId="77777777" w:rsidR="00D65E4F" w:rsidRPr="00D65E4F" w:rsidRDefault="00D65E4F" w:rsidP="00D65E4F">
      <w:pPr>
        <w:pStyle w:val="ListBullet"/>
        <w:rPr>
          <w:sz w:val="22"/>
        </w:rPr>
      </w:pPr>
      <w:r w:rsidRPr="00D65E4F">
        <w:rPr>
          <w:sz w:val="22"/>
        </w:rPr>
        <w:t>The recipient will promptly disclose any material change in the project, funding, organisation or any relevant financial interest/connection that could affect the basis on which the award was made.</w:t>
      </w:r>
    </w:p>
    <w:p w14:paraId="21ECD84D" w14:textId="77777777" w:rsidR="00D65E4F" w:rsidRPr="00D65E4F" w:rsidRDefault="00D65E4F" w:rsidP="00D65E4F">
      <w:pPr>
        <w:pStyle w:val="ListBullet"/>
        <w:rPr>
          <w:sz w:val="22"/>
        </w:rPr>
      </w:pPr>
      <w:r w:rsidRPr="00D65E4F">
        <w:rPr>
          <w:sz w:val="22"/>
        </w:rPr>
        <w:lastRenderedPageBreak/>
        <w:t>The recipient accepts that the Council may seek repayment in whole or in part in the circumstances set out in the Community Grant Policy and the terms of this award.</w:t>
      </w:r>
    </w:p>
    <w:p w14:paraId="1632C350" w14:textId="77777777" w:rsidR="00D65E4F" w:rsidRPr="00D65E4F" w:rsidRDefault="00D65E4F" w:rsidP="00D65E4F">
      <w:r w:rsidRPr="00D65E4F">
        <w:rPr>
          <w:b/>
          <w:sz w:val="22"/>
        </w:rPr>
        <w:t>Recipient declaration</w:t>
      </w:r>
    </w:p>
    <w:p w14:paraId="347B9686" w14:textId="77777777" w:rsidR="00D65E4F" w:rsidRPr="00D65E4F" w:rsidRDefault="00D65E4F" w:rsidP="00D65E4F">
      <w:pPr>
        <w:rPr>
          <w:sz w:val="22"/>
        </w:rPr>
      </w:pPr>
      <w:r w:rsidRPr="00D65E4F">
        <w:rPr>
          <w:sz w:val="22"/>
        </w:rPr>
        <w:t>I confirm that I am authorised to accept this grant on behalf of the organisation/group. I have read and accept the Community Grant Policy, the conditions above and any specific conditions attached to this award.</w:t>
      </w:r>
    </w:p>
    <w:tbl>
      <w:tblPr>
        <w:tblStyle w:val="TableGrid"/>
        <w:tblW w:w="0" w:type="auto"/>
        <w:tblLook w:val="04A0" w:firstRow="1" w:lastRow="0" w:firstColumn="1" w:lastColumn="0" w:noHBand="0" w:noVBand="1"/>
      </w:tblPr>
      <w:tblGrid>
        <w:gridCol w:w="4320"/>
        <w:gridCol w:w="4320"/>
      </w:tblGrid>
      <w:tr w:rsidR="00D65E4F" w14:paraId="20D759DA" w14:textId="77777777" w:rsidTr="0007619F">
        <w:trPr>
          <w:trHeight w:val="350"/>
        </w:trPr>
        <w:tc>
          <w:tcPr>
            <w:tcW w:w="4320" w:type="dxa"/>
            <w:shd w:val="clear" w:color="auto" w:fill="D9D9D9"/>
            <w:tcMar>
              <w:top w:w="80" w:type="dxa"/>
              <w:left w:w="100" w:type="dxa"/>
              <w:bottom w:w="80" w:type="dxa"/>
              <w:right w:w="100" w:type="dxa"/>
            </w:tcMar>
          </w:tcPr>
          <w:p w14:paraId="044A70F2" w14:textId="77777777" w:rsidR="00D65E4F" w:rsidRPr="00D65E4F" w:rsidRDefault="00D65E4F" w:rsidP="0007619F">
            <w:pPr>
              <w:rPr>
                <w:sz w:val="22"/>
              </w:rPr>
            </w:pPr>
            <w:r w:rsidRPr="00D65E4F">
              <w:rPr>
                <w:b/>
                <w:sz w:val="22"/>
              </w:rPr>
              <w:t>Name</w:t>
            </w:r>
          </w:p>
        </w:tc>
        <w:tc>
          <w:tcPr>
            <w:tcW w:w="4320" w:type="dxa"/>
            <w:tcMar>
              <w:top w:w="80" w:type="dxa"/>
              <w:left w:w="100" w:type="dxa"/>
              <w:bottom w:w="80" w:type="dxa"/>
              <w:right w:w="100" w:type="dxa"/>
            </w:tcMar>
          </w:tcPr>
          <w:p w14:paraId="36DB945C" w14:textId="77777777" w:rsidR="00D65E4F" w:rsidRDefault="00D65E4F" w:rsidP="0007619F"/>
        </w:tc>
      </w:tr>
      <w:tr w:rsidR="00D65E4F" w14:paraId="34EB839E" w14:textId="77777777" w:rsidTr="0007619F">
        <w:trPr>
          <w:trHeight w:val="350"/>
        </w:trPr>
        <w:tc>
          <w:tcPr>
            <w:tcW w:w="4320" w:type="dxa"/>
            <w:shd w:val="clear" w:color="auto" w:fill="D9D9D9"/>
            <w:tcMar>
              <w:top w:w="80" w:type="dxa"/>
              <w:left w:w="100" w:type="dxa"/>
              <w:bottom w:w="80" w:type="dxa"/>
              <w:right w:w="100" w:type="dxa"/>
            </w:tcMar>
          </w:tcPr>
          <w:p w14:paraId="009EBE2A" w14:textId="77777777" w:rsidR="00D65E4F" w:rsidRPr="00D65E4F" w:rsidRDefault="00D65E4F" w:rsidP="0007619F">
            <w:pPr>
              <w:rPr>
                <w:sz w:val="22"/>
              </w:rPr>
            </w:pPr>
            <w:r w:rsidRPr="00D65E4F">
              <w:rPr>
                <w:b/>
                <w:sz w:val="22"/>
              </w:rPr>
              <w:t>Position/role</w:t>
            </w:r>
          </w:p>
        </w:tc>
        <w:tc>
          <w:tcPr>
            <w:tcW w:w="4320" w:type="dxa"/>
            <w:tcMar>
              <w:top w:w="80" w:type="dxa"/>
              <w:left w:w="100" w:type="dxa"/>
              <w:bottom w:w="80" w:type="dxa"/>
              <w:right w:w="100" w:type="dxa"/>
            </w:tcMar>
          </w:tcPr>
          <w:p w14:paraId="64F20D0C" w14:textId="77777777" w:rsidR="00D65E4F" w:rsidRDefault="00D65E4F" w:rsidP="0007619F"/>
        </w:tc>
      </w:tr>
      <w:tr w:rsidR="00D65E4F" w14:paraId="47247B69" w14:textId="77777777" w:rsidTr="0007619F">
        <w:trPr>
          <w:trHeight w:val="400"/>
        </w:trPr>
        <w:tc>
          <w:tcPr>
            <w:tcW w:w="4320" w:type="dxa"/>
            <w:shd w:val="clear" w:color="auto" w:fill="D9D9D9"/>
            <w:tcMar>
              <w:top w:w="80" w:type="dxa"/>
              <w:left w:w="100" w:type="dxa"/>
              <w:bottom w:w="80" w:type="dxa"/>
              <w:right w:w="100" w:type="dxa"/>
            </w:tcMar>
          </w:tcPr>
          <w:p w14:paraId="4A2505CF" w14:textId="77777777" w:rsidR="00D65E4F" w:rsidRPr="00D65E4F" w:rsidRDefault="00D65E4F" w:rsidP="0007619F">
            <w:pPr>
              <w:rPr>
                <w:sz w:val="22"/>
              </w:rPr>
            </w:pPr>
            <w:r w:rsidRPr="00D65E4F">
              <w:rPr>
                <w:b/>
                <w:sz w:val="22"/>
              </w:rPr>
              <w:t>Signature</w:t>
            </w:r>
          </w:p>
        </w:tc>
        <w:tc>
          <w:tcPr>
            <w:tcW w:w="4320" w:type="dxa"/>
            <w:tcMar>
              <w:top w:w="80" w:type="dxa"/>
              <w:left w:w="100" w:type="dxa"/>
              <w:bottom w:w="80" w:type="dxa"/>
              <w:right w:w="100" w:type="dxa"/>
            </w:tcMar>
          </w:tcPr>
          <w:p w14:paraId="095CC5FF" w14:textId="77777777" w:rsidR="00D65E4F" w:rsidRDefault="00D65E4F" w:rsidP="0007619F"/>
        </w:tc>
      </w:tr>
      <w:tr w:rsidR="00D65E4F" w14:paraId="1C2A8BFB" w14:textId="77777777" w:rsidTr="0007619F">
        <w:trPr>
          <w:trHeight w:val="350"/>
        </w:trPr>
        <w:tc>
          <w:tcPr>
            <w:tcW w:w="4320" w:type="dxa"/>
            <w:shd w:val="clear" w:color="auto" w:fill="D9D9D9"/>
            <w:tcMar>
              <w:top w:w="80" w:type="dxa"/>
              <w:left w:w="100" w:type="dxa"/>
              <w:bottom w:w="80" w:type="dxa"/>
              <w:right w:w="100" w:type="dxa"/>
            </w:tcMar>
          </w:tcPr>
          <w:p w14:paraId="5D9F58B0" w14:textId="77777777" w:rsidR="00D65E4F" w:rsidRPr="00D65E4F" w:rsidRDefault="00D65E4F" w:rsidP="0007619F">
            <w:pPr>
              <w:rPr>
                <w:sz w:val="22"/>
              </w:rPr>
            </w:pPr>
            <w:r w:rsidRPr="00D65E4F">
              <w:rPr>
                <w:b/>
                <w:sz w:val="22"/>
              </w:rPr>
              <w:t>Date</w:t>
            </w:r>
          </w:p>
        </w:tc>
        <w:tc>
          <w:tcPr>
            <w:tcW w:w="4320" w:type="dxa"/>
            <w:tcMar>
              <w:top w:w="80" w:type="dxa"/>
              <w:left w:w="100" w:type="dxa"/>
              <w:bottom w:w="80" w:type="dxa"/>
              <w:right w:w="100" w:type="dxa"/>
            </w:tcMar>
          </w:tcPr>
          <w:p w14:paraId="451A4735" w14:textId="77777777" w:rsidR="00D65E4F" w:rsidRDefault="00D65E4F" w:rsidP="0007619F"/>
        </w:tc>
      </w:tr>
    </w:tbl>
    <w:p w14:paraId="2748D9DA" w14:textId="77777777" w:rsidR="00D65E4F" w:rsidRPr="00D65E4F" w:rsidRDefault="00D65E4F" w:rsidP="00D65E4F">
      <w:r w:rsidRPr="00D65E4F">
        <w:rPr>
          <w:b/>
          <w:sz w:val="22"/>
        </w:rPr>
        <w:t>For Wheldrake Parish Council</w:t>
      </w:r>
    </w:p>
    <w:tbl>
      <w:tblPr>
        <w:tblStyle w:val="TableGrid"/>
        <w:tblW w:w="0" w:type="auto"/>
        <w:tblLook w:val="04A0" w:firstRow="1" w:lastRow="0" w:firstColumn="1" w:lastColumn="0" w:noHBand="0" w:noVBand="1"/>
      </w:tblPr>
      <w:tblGrid>
        <w:gridCol w:w="4320"/>
        <w:gridCol w:w="4320"/>
      </w:tblGrid>
      <w:tr w:rsidR="00D65E4F" w14:paraId="51AAED7A" w14:textId="77777777" w:rsidTr="0007619F">
        <w:trPr>
          <w:trHeight w:val="350"/>
        </w:trPr>
        <w:tc>
          <w:tcPr>
            <w:tcW w:w="4320" w:type="dxa"/>
            <w:shd w:val="clear" w:color="auto" w:fill="D9D9D9"/>
            <w:tcMar>
              <w:top w:w="80" w:type="dxa"/>
              <w:left w:w="100" w:type="dxa"/>
              <w:bottom w:w="80" w:type="dxa"/>
              <w:right w:w="100" w:type="dxa"/>
            </w:tcMar>
          </w:tcPr>
          <w:p w14:paraId="30DA467B" w14:textId="77777777" w:rsidR="00D65E4F" w:rsidRPr="00D65E4F" w:rsidRDefault="00D65E4F" w:rsidP="0007619F">
            <w:pPr>
              <w:rPr>
                <w:sz w:val="22"/>
              </w:rPr>
            </w:pPr>
            <w:r w:rsidRPr="00D65E4F">
              <w:rPr>
                <w:b/>
                <w:sz w:val="22"/>
              </w:rPr>
              <w:t>Signed/authorised by</w:t>
            </w:r>
          </w:p>
        </w:tc>
        <w:tc>
          <w:tcPr>
            <w:tcW w:w="4320" w:type="dxa"/>
            <w:tcMar>
              <w:top w:w="80" w:type="dxa"/>
              <w:left w:w="100" w:type="dxa"/>
              <w:bottom w:w="80" w:type="dxa"/>
              <w:right w:w="100" w:type="dxa"/>
            </w:tcMar>
          </w:tcPr>
          <w:p w14:paraId="40CE9EB2" w14:textId="77777777" w:rsidR="00D65E4F" w:rsidRPr="00D65E4F" w:rsidRDefault="00D65E4F" w:rsidP="0007619F">
            <w:pPr>
              <w:rPr>
                <w:sz w:val="22"/>
              </w:rPr>
            </w:pPr>
          </w:p>
        </w:tc>
      </w:tr>
      <w:tr w:rsidR="00D65E4F" w14:paraId="1C7BB4C2" w14:textId="77777777" w:rsidTr="0007619F">
        <w:trPr>
          <w:trHeight w:val="350"/>
        </w:trPr>
        <w:tc>
          <w:tcPr>
            <w:tcW w:w="4320" w:type="dxa"/>
            <w:shd w:val="clear" w:color="auto" w:fill="D9D9D9"/>
            <w:tcMar>
              <w:top w:w="80" w:type="dxa"/>
              <w:left w:w="100" w:type="dxa"/>
              <w:bottom w:w="80" w:type="dxa"/>
              <w:right w:w="100" w:type="dxa"/>
            </w:tcMar>
          </w:tcPr>
          <w:p w14:paraId="256540DB" w14:textId="77777777" w:rsidR="00D65E4F" w:rsidRPr="00D65E4F" w:rsidRDefault="00D65E4F" w:rsidP="0007619F">
            <w:pPr>
              <w:rPr>
                <w:sz w:val="22"/>
              </w:rPr>
            </w:pPr>
            <w:r w:rsidRPr="00D65E4F">
              <w:rPr>
                <w:b/>
                <w:sz w:val="22"/>
              </w:rPr>
              <w:t>Position</w:t>
            </w:r>
          </w:p>
        </w:tc>
        <w:tc>
          <w:tcPr>
            <w:tcW w:w="4320" w:type="dxa"/>
            <w:tcMar>
              <w:top w:w="80" w:type="dxa"/>
              <w:left w:w="100" w:type="dxa"/>
              <w:bottom w:w="80" w:type="dxa"/>
              <w:right w:w="100" w:type="dxa"/>
            </w:tcMar>
          </w:tcPr>
          <w:p w14:paraId="3875DBBD" w14:textId="77777777" w:rsidR="00D65E4F" w:rsidRPr="00D65E4F" w:rsidRDefault="00D65E4F" w:rsidP="0007619F">
            <w:pPr>
              <w:rPr>
                <w:sz w:val="22"/>
              </w:rPr>
            </w:pPr>
            <w:r w:rsidRPr="00D65E4F">
              <w:rPr>
                <w:sz w:val="22"/>
              </w:rPr>
              <w:t>Clerk/RFO / authorised signatory</w:t>
            </w:r>
          </w:p>
        </w:tc>
      </w:tr>
      <w:tr w:rsidR="00D65E4F" w14:paraId="70BFB2D9" w14:textId="77777777" w:rsidTr="0007619F">
        <w:trPr>
          <w:trHeight w:val="400"/>
        </w:trPr>
        <w:tc>
          <w:tcPr>
            <w:tcW w:w="4320" w:type="dxa"/>
            <w:shd w:val="clear" w:color="auto" w:fill="D9D9D9"/>
            <w:tcMar>
              <w:top w:w="80" w:type="dxa"/>
              <w:left w:w="100" w:type="dxa"/>
              <w:bottom w:w="80" w:type="dxa"/>
              <w:right w:w="100" w:type="dxa"/>
            </w:tcMar>
          </w:tcPr>
          <w:p w14:paraId="50D23ACF" w14:textId="77777777" w:rsidR="00D65E4F" w:rsidRPr="00D65E4F" w:rsidRDefault="00D65E4F" w:rsidP="0007619F">
            <w:pPr>
              <w:rPr>
                <w:sz w:val="22"/>
              </w:rPr>
            </w:pPr>
            <w:r w:rsidRPr="00D65E4F">
              <w:rPr>
                <w:b/>
                <w:sz w:val="22"/>
              </w:rPr>
              <w:t>Signature</w:t>
            </w:r>
          </w:p>
        </w:tc>
        <w:tc>
          <w:tcPr>
            <w:tcW w:w="4320" w:type="dxa"/>
            <w:tcMar>
              <w:top w:w="80" w:type="dxa"/>
              <w:left w:w="100" w:type="dxa"/>
              <w:bottom w:w="80" w:type="dxa"/>
              <w:right w:w="100" w:type="dxa"/>
            </w:tcMar>
          </w:tcPr>
          <w:p w14:paraId="2C270A37" w14:textId="77777777" w:rsidR="00D65E4F" w:rsidRPr="00D65E4F" w:rsidRDefault="00D65E4F" w:rsidP="0007619F">
            <w:pPr>
              <w:rPr>
                <w:sz w:val="22"/>
              </w:rPr>
            </w:pPr>
          </w:p>
        </w:tc>
      </w:tr>
      <w:tr w:rsidR="00D65E4F" w14:paraId="2077A9B8" w14:textId="77777777" w:rsidTr="0007619F">
        <w:trPr>
          <w:trHeight w:val="350"/>
        </w:trPr>
        <w:tc>
          <w:tcPr>
            <w:tcW w:w="4320" w:type="dxa"/>
            <w:shd w:val="clear" w:color="auto" w:fill="D9D9D9"/>
            <w:tcMar>
              <w:top w:w="80" w:type="dxa"/>
              <w:left w:w="100" w:type="dxa"/>
              <w:bottom w:w="80" w:type="dxa"/>
              <w:right w:w="100" w:type="dxa"/>
            </w:tcMar>
          </w:tcPr>
          <w:p w14:paraId="053D2AFE" w14:textId="77777777" w:rsidR="00D65E4F" w:rsidRPr="00D65E4F" w:rsidRDefault="00D65E4F" w:rsidP="0007619F">
            <w:pPr>
              <w:rPr>
                <w:sz w:val="22"/>
              </w:rPr>
            </w:pPr>
            <w:r w:rsidRPr="00D65E4F">
              <w:rPr>
                <w:b/>
                <w:sz w:val="22"/>
              </w:rPr>
              <w:t>Date</w:t>
            </w:r>
          </w:p>
        </w:tc>
        <w:tc>
          <w:tcPr>
            <w:tcW w:w="4320" w:type="dxa"/>
            <w:tcMar>
              <w:top w:w="80" w:type="dxa"/>
              <w:left w:w="100" w:type="dxa"/>
              <w:bottom w:w="80" w:type="dxa"/>
              <w:right w:w="100" w:type="dxa"/>
            </w:tcMar>
          </w:tcPr>
          <w:p w14:paraId="16A70501" w14:textId="77777777" w:rsidR="00D65E4F" w:rsidRPr="00D65E4F" w:rsidRDefault="00D65E4F" w:rsidP="0007619F">
            <w:pPr>
              <w:rPr>
                <w:sz w:val="22"/>
              </w:rPr>
            </w:pPr>
          </w:p>
        </w:tc>
      </w:tr>
    </w:tbl>
    <w:p w14:paraId="45899814" w14:textId="77777777" w:rsidR="00D65E4F" w:rsidRDefault="00D65E4F">
      <w:pPr>
        <w:pStyle w:val="Heading1"/>
        <w:rPr>
          <w:rFonts w:cstheme="majorHAnsi"/>
        </w:rPr>
      </w:pPr>
    </w:p>
    <w:p w14:paraId="60600972" w14:textId="77777777" w:rsidR="00D65E4F" w:rsidRDefault="00D65E4F">
      <w:pPr>
        <w:pStyle w:val="Heading1"/>
        <w:rPr>
          <w:rFonts w:cstheme="majorHAnsi"/>
        </w:rPr>
      </w:pPr>
    </w:p>
    <w:p w14:paraId="303A2AC0" w14:textId="2D99B164" w:rsidR="00D65E4F" w:rsidRDefault="00D65E4F">
      <w:pPr>
        <w:pStyle w:val="Heading1"/>
        <w:rPr>
          <w:rFonts w:cstheme="majorHAnsi"/>
        </w:rPr>
      </w:pPr>
    </w:p>
    <w:p w14:paraId="7C370D96" w14:textId="67111F89" w:rsidR="00D65E4F" w:rsidRDefault="00D65E4F" w:rsidP="00D65E4F"/>
    <w:p w14:paraId="16F3C847" w14:textId="215708C9" w:rsidR="00D65E4F" w:rsidRDefault="00D65E4F" w:rsidP="00D65E4F"/>
    <w:p w14:paraId="22F8DB51" w14:textId="77777777" w:rsidR="00D65E4F" w:rsidRPr="00D65E4F" w:rsidRDefault="00D65E4F" w:rsidP="00D65E4F"/>
    <w:p w14:paraId="4AF3B640" w14:textId="77777777" w:rsidR="00D65E4F" w:rsidRDefault="00D65E4F">
      <w:pPr>
        <w:pStyle w:val="Heading1"/>
        <w:rPr>
          <w:rFonts w:cstheme="majorHAnsi"/>
        </w:rPr>
      </w:pPr>
    </w:p>
    <w:p w14:paraId="5B025101" w14:textId="77777777" w:rsidR="00D65E4F" w:rsidRDefault="00D65E4F">
      <w:pPr>
        <w:pStyle w:val="Heading1"/>
        <w:rPr>
          <w:rFonts w:cstheme="majorHAnsi"/>
        </w:rPr>
      </w:pPr>
    </w:p>
    <w:p w14:paraId="78C231AA" w14:textId="77777777" w:rsidR="00D65E4F" w:rsidRDefault="00D65E4F">
      <w:pPr>
        <w:pStyle w:val="Heading1"/>
        <w:rPr>
          <w:rFonts w:cstheme="majorHAnsi"/>
        </w:rPr>
      </w:pPr>
    </w:p>
    <w:p w14:paraId="189D474B" w14:textId="4002732A" w:rsidR="00D65E4F" w:rsidRDefault="00D65E4F">
      <w:pPr>
        <w:pStyle w:val="Heading1"/>
        <w:rPr>
          <w:rFonts w:cstheme="majorHAnsi"/>
        </w:rPr>
      </w:pPr>
    </w:p>
    <w:p w14:paraId="3908E9B3" w14:textId="77777777" w:rsidR="00D65E4F" w:rsidRPr="00D65E4F" w:rsidRDefault="00D65E4F" w:rsidP="00D65E4F"/>
    <w:p w14:paraId="2DBD0D47" w14:textId="4ECFE552" w:rsidR="00CC4682" w:rsidRPr="00D65E4F" w:rsidRDefault="00000000">
      <w:pPr>
        <w:pStyle w:val="Heading1"/>
        <w:rPr>
          <w:rFonts w:cstheme="majorHAnsi"/>
          <w:color w:val="auto"/>
        </w:rPr>
      </w:pPr>
      <w:r w:rsidRPr="00D65E4F">
        <w:rPr>
          <w:rFonts w:cstheme="majorHAnsi"/>
          <w:color w:val="auto"/>
        </w:rPr>
        <w:lastRenderedPageBreak/>
        <w:t>Grant Completion &amp; Evaluation Form</w:t>
      </w:r>
    </w:p>
    <w:p w14:paraId="48B33B47"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This form must be completed by every successful applicant. Evidence required will be proportionate to the award. For grants over £5,000 a full financial reconciliation and supporting evidence are required.</w:t>
      </w:r>
    </w:p>
    <w:tbl>
      <w:tblPr>
        <w:tblStyle w:val="TableGrid"/>
        <w:tblW w:w="0" w:type="auto"/>
        <w:jc w:val="center"/>
        <w:tblLook w:val="04A0" w:firstRow="1" w:lastRow="0" w:firstColumn="1" w:lastColumn="0" w:noHBand="0" w:noVBand="1"/>
      </w:tblPr>
      <w:tblGrid>
        <w:gridCol w:w="3240"/>
        <w:gridCol w:w="6768"/>
      </w:tblGrid>
      <w:tr w:rsidR="00CC4682" w:rsidRPr="00D65E4F" w14:paraId="4F94579E" w14:textId="77777777">
        <w:trPr>
          <w:trHeight w:val="400"/>
          <w:jc w:val="center"/>
        </w:trPr>
        <w:tc>
          <w:tcPr>
            <w:tcW w:w="3240" w:type="dxa"/>
            <w:shd w:val="clear" w:color="auto" w:fill="D9D9D9"/>
            <w:tcMar>
              <w:top w:w="80" w:type="dxa"/>
              <w:left w:w="100" w:type="dxa"/>
              <w:bottom w:w="80" w:type="dxa"/>
              <w:right w:w="100" w:type="dxa"/>
            </w:tcMar>
          </w:tcPr>
          <w:p w14:paraId="1EF5FA0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Organisation/group</w:t>
            </w:r>
          </w:p>
        </w:tc>
        <w:tc>
          <w:tcPr>
            <w:tcW w:w="6768" w:type="dxa"/>
            <w:tcMar>
              <w:top w:w="80" w:type="dxa"/>
              <w:left w:w="100" w:type="dxa"/>
              <w:bottom w:w="80" w:type="dxa"/>
              <w:right w:w="100" w:type="dxa"/>
            </w:tcMar>
          </w:tcPr>
          <w:p w14:paraId="5D84ED66" w14:textId="77777777" w:rsidR="00CC4682" w:rsidRPr="00D65E4F" w:rsidRDefault="00CC4682">
            <w:pPr>
              <w:rPr>
                <w:rFonts w:asciiTheme="majorHAnsi" w:hAnsiTheme="majorHAnsi" w:cstheme="majorHAnsi"/>
                <w:sz w:val="22"/>
              </w:rPr>
            </w:pPr>
          </w:p>
        </w:tc>
      </w:tr>
      <w:tr w:rsidR="00CC4682" w:rsidRPr="00D65E4F" w14:paraId="10E83A19" w14:textId="77777777">
        <w:trPr>
          <w:trHeight w:val="400"/>
          <w:jc w:val="center"/>
        </w:trPr>
        <w:tc>
          <w:tcPr>
            <w:tcW w:w="3240" w:type="dxa"/>
            <w:shd w:val="clear" w:color="auto" w:fill="D9D9D9"/>
            <w:tcMar>
              <w:top w:w="80" w:type="dxa"/>
              <w:left w:w="100" w:type="dxa"/>
              <w:bottom w:w="80" w:type="dxa"/>
              <w:right w:w="100" w:type="dxa"/>
            </w:tcMar>
          </w:tcPr>
          <w:p w14:paraId="08F22204"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Project/event</w:t>
            </w:r>
          </w:p>
        </w:tc>
        <w:tc>
          <w:tcPr>
            <w:tcW w:w="6768" w:type="dxa"/>
            <w:tcMar>
              <w:top w:w="80" w:type="dxa"/>
              <w:left w:w="100" w:type="dxa"/>
              <w:bottom w:w="80" w:type="dxa"/>
              <w:right w:w="100" w:type="dxa"/>
            </w:tcMar>
          </w:tcPr>
          <w:p w14:paraId="4C0FB038" w14:textId="77777777" w:rsidR="00CC4682" w:rsidRPr="00D65E4F" w:rsidRDefault="00CC4682">
            <w:pPr>
              <w:rPr>
                <w:rFonts w:asciiTheme="majorHAnsi" w:hAnsiTheme="majorHAnsi" w:cstheme="majorHAnsi"/>
                <w:sz w:val="22"/>
              </w:rPr>
            </w:pPr>
          </w:p>
        </w:tc>
      </w:tr>
      <w:tr w:rsidR="00CC4682" w:rsidRPr="00D65E4F" w14:paraId="5FEDAAC2" w14:textId="77777777">
        <w:trPr>
          <w:trHeight w:val="350"/>
          <w:jc w:val="center"/>
        </w:trPr>
        <w:tc>
          <w:tcPr>
            <w:tcW w:w="3240" w:type="dxa"/>
            <w:shd w:val="clear" w:color="auto" w:fill="D9D9D9"/>
            <w:tcMar>
              <w:top w:w="80" w:type="dxa"/>
              <w:left w:w="100" w:type="dxa"/>
              <w:bottom w:w="80" w:type="dxa"/>
              <w:right w:w="100" w:type="dxa"/>
            </w:tcMar>
          </w:tcPr>
          <w:p w14:paraId="38099E2F"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Grant awarded</w:t>
            </w:r>
          </w:p>
        </w:tc>
        <w:tc>
          <w:tcPr>
            <w:tcW w:w="6768" w:type="dxa"/>
            <w:tcMar>
              <w:top w:w="80" w:type="dxa"/>
              <w:left w:w="100" w:type="dxa"/>
              <w:bottom w:w="80" w:type="dxa"/>
              <w:right w:w="100" w:type="dxa"/>
            </w:tcMar>
          </w:tcPr>
          <w:p w14:paraId="64064764"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5C541365" w14:textId="77777777">
        <w:trPr>
          <w:trHeight w:val="350"/>
          <w:jc w:val="center"/>
        </w:trPr>
        <w:tc>
          <w:tcPr>
            <w:tcW w:w="3240" w:type="dxa"/>
            <w:shd w:val="clear" w:color="auto" w:fill="D9D9D9"/>
            <w:tcMar>
              <w:top w:w="80" w:type="dxa"/>
              <w:left w:w="100" w:type="dxa"/>
              <w:bottom w:w="80" w:type="dxa"/>
              <w:right w:w="100" w:type="dxa"/>
            </w:tcMar>
          </w:tcPr>
          <w:p w14:paraId="3BBCAFBD"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Date awarded</w:t>
            </w:r>
          </w:p>
        </w:tc>
        <w:tc>
          <w:tcPr>
            <w:tcW w:w="6768" w:type="dxa"/>
            <w:tcMar>
              <w:top w:w="80" w:type="dxa"/>
              <w:left w:w="100" w:type="dxa"/>
              <w:bottom w:w="80" w:type="dxa"/>
              <w:right w:w="100" w:type="dxa"/>
            </w:tcMar>
          </w:tcPr>
          <w:p w14:paraId="50AEC8A4" w14:textId="77777777" w:rsidR="00CC4682" w:rsidRPr="00D65E4F" w:rsidRDefault="00CC4682">
            <w:pPr>
              <w:rPr>
                <w:rFonts w:asciiTheme="majorHAnsi" w:hAnsiTheme="majorHAnsi" w:cstheme="majorHAnsi"/>
                <w:sz w:val="22"/>
              </w:rPr>
            </w:pPr>
          </w:p>
        </w:tc>
      </w:tr>
      <w:tr w:rsidR="00CC4682" w:rsidRPr="00D65E4F" w14:paraId="26B1C938" w14:textId="77777777">
        <w:trPr>
          <w:trHeight w:val="350"/>
          <w:jc w:val="center"/>
        </w:trPr>
        <w:tc>
          <w:tcPr>
            <w:tcW w:w="3240" w:type="dxa"/>
            <w:shd w:val="clear" w:color="auto" w:fill="D9D9D9"/>
            <w:tcMar>
              <w:top w:w="80" w:type="dxa"/>
              <w:left w:w="100" w:type="dxa"/>
              <w:bottom w:w="80" w:type="dxa"/>
              <w:right w:w="100" w:type="dxa"/>
            </w:tcMar>
          </w:tcPr>
          <w:p w14:paraId="2078DF09"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Date project/event completed</w:t>
            </w:r>
          </w:p>
        </w:tc>
        <w:tc>
          <w:tcPr>
            <w:tcW w:w="6768" w:type="dxa"/>
            <w:tcMar>
              <w:top w:w="80" w:type="dxa"/>
              <w:left w:w="100" w:type="dxa"/>
              <w:bottom w:w="80" w:type="dxa"/>
              <w:right w:w="100" w:type="dxa"/>
            </w:tcMar>
          </w:tcPr>
          <w:p w14:paraId="581131D6" w14:textId="77777777" w:rsidR="00CC4682" w:rsidRPr="00D65E4F" w:rsidRDefault="00CC4682">
            <w:pPr>
              <w:rPr>
                <w:rFonts w:asciiTheme="majorHAnsi" w:hAnsiTheme="majorHAnsi" w:cstheme="majorHAnsi"/>
                <w:sz w:val="22"/>
              </w:rPr>
            </w:pPr>
          </w:p>
        </w:tc>
      </w:tr>
      <w:tr w:rsidR="00CC4682" w:rsidRPr="00D65E4F" w14:paraId="6AD6CB86" w14:textId="77777777">
        <w:trPr>
          <w:trHeight w:val="1200"/>
          <w:jc w:val="center"/>
        </w:trPr>
        <w:tc>
          <w:tcPr>
            <w:tcW w:w="3240" w:type="dxa"/>
            <w:shd w:val="clear" w:color="auto" w:fill="D9D9D9"/>
            <w:tcMar>
              <w:top w:w="80" w:type="dxa"/>
              <w:left w:w="100" w:type="dxa"/>
              <w:bottom w:w="80" w:type="dxa"/>
              <w:right w:w="100" w:type="dxa"/>
            </w:tcMar>
          </w:tcPr>
          <w:p w14:paraId="0D81211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What was delivered? Summarise the project/event and outcomes.</w:t>
            </w:r>
          </w:p>
        </w:tc>
        <w:tc>
          <w:tcPr>
            <w:tcW w:w="6768" w:type="dxa"/>
            <w:tcMar>
              <w:top w:w="80" w:type="dxa"/>
              <w:left w:w="100" w:type="dxa"/>
              <w:bottom w:w="80" w:type="dxa"/>
              <w:right w:w="100" w:type="dxa"/>
            </w:tcMar>
          </w:tcPr>
          <w:p w14:paraId="2DDF4E97" w14:textId="77777777" w:rsidR="00CC4682" w:rsidRPr="00D65E4F" w:rsidRDefault="00CC4682">
            <w:pPr>
              <w:rPr>
                <w:rFonts w:asciiTheme="majorHAnsi" w:hAnsiTheme="majorHAnsi" w:cstheme="majorHAnsi"/>
                <w:sz w:val="22"/>
              </w:rPr>
            </w:pPr>
          </w:p>
        </w:tc>
      </w:tr>
      <w:tr w:rsidR="00CC4682" w:rsidRPr="00D65E4F" w14:paraId="3691A0F5" w14:textId="77777777">
        <w:trPr>
          <w:trHeight w:val="750"/>
          <w:jc w:val="center"/>
        </w:trPr>
        <w:tc>
          <w:tcPr>
            <w:tcW w:w="3240" w:type="dxa"/>
            <w:shd w:val="clear" w:color="auto" w:fill="D9D9D9"/>
            <w:tcMar>
              <w:top w:w="80" w:type="dxa"/>
              <w:left w:w="100" w:type="dxa"/>
              <w:bottom w:w="80" w:type="dxa"/>
              <w:right w:w="100" w:type="dxa"/>
            </w:tcMar>
          </w:tcPr>
          <w:p w14:paraId="4D4AB74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How many people benefited/attended? Please identify Wheldrake beneficiaries where reasonably possible.</w:t>
            </w:r>
          </w:p>
        </w:tc>
        <w:tc>
          <w:tcPr>
            <w:tcW w:w="6768" w:type="dxa"/>
            <w:tcMar>
              <w:top w:w="80" w:type="dxa"/>
              <w:left w:w="100" w:type="dxa"/>
              <w:bottom w:w="80" w:type="dxa"/>
              <w:right w:w="100" w:type="dxa"/>
            </w:tcMar>
          </w:tcPr>
          <w:p w14:paraId="46654840" w14:textId="77777777" w:rsidR="00CC4682" w:rsidRPr="00D65E4F" w:rsidRDefault="00CC4682">
            <w:pPr>
              <w:rPr>
                <w:rFonts w:asciiTheme="majorHAnsi" w:hAnsiTheme="majorHAnsi" w:cstheme="majorHAnsi"/>
                <w:sz w:val="22"/>
              </w:rPr>
            </w:pPr>
          </w:p>
        </w:tc>
      </w:tr>
      <w:tr w:rsidR="00CC4682" w:rsidRPr="00D65E4F" w14:paraId="42E11657" w14:textId="77777777">
        <w:trPr>
          <w:trHeight w:val="900"/>
          <w:jc w:val="center"/>
        </w:trPr>
        <w:tc>
          <w:tcPr>
            <w:tcW w:w="3240" w:type="dxa"/>
            <w:shd w:val="clear" w:color="auto" w:fill="D9D9D9"/>
            <w:tcMar>
              <w:top w:w="80" w:type="dxa"/>
              <w:left w:w="100" w:type="dxa"/>
              <w:bottom w:w="80" w:type="dxa"/>
              <w:right w:w="100" w:type="dxa"/>
            </w:tcMar>
          </w:tcPr>
          <w:p w14:paraId="0BD8AB74"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How did the project benefit the community?</w:t>
            </w:r>
          </w:p>
        </w:tc>
        <w:tc>
          <w:tcPr>
            <w:tcW w:w="6768" w:type="dxa"/>
            <w:tcMar>
              <w:top w:w="80" w:type="dxa"/>
              <w:left w:w="100" w:type="dxa"/>
              <w:bottom w:w="80" w:type="dxa"/>
              <w:right w:w="100" w:type="dxa"/>
            </w:tcMar>
          </w:tcPr>
          <w:p w14:paraId="12362975" w14:textId="77777777" w:rsidR="00CC4682" w:rsidRPr="00D65E4F" w:rsidRDefault="00CC4682">
            <w:pPr>
              <w:rPr>
                <w:rFonts w:asciiTheme="majorHAnsi" w:hAnsiTheme="majorHAnsi" w:cstheme="majorHAnsi"/>
                <w:sz w:val="22"/>
              </w:rPr>
            </w:pPr>
          </w:p>
        </w:tc>
      </w:tr>
      <w:tr w:rsidR="00CC4682" w:rsidRPr="00D65E4F" w14:paraId="24E37BB6" w14:textId="77777777">
        <w:trPr>
          <w:trHeight w:val="800"/>
          <w:jc w:val="center"/>
        </w:trPr>
        <w:tc>
          <w:tcPr>
            <w:tcW w:w="3240" w:type="dxa"/>
            <w:shd w:val="clear" w:color="auto" w:fill="D9D9D9"/>
            <w:tcMar>
              <w:top w:w="80" w:type="dxa"/>
              <w:left w:w="100" w:type="dxa"/>
              <w:bottom w:w="80" w:type="dxa"/>
              <w:right w:w="100" w:type="dxa"/>
            </w:tcMar>
          </w:tcPr>
          <w:p w14:paraId="5022E13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Were there material changes from the original application? If yes, explain.</w:t>
            </w:r>
          </w:p>
        </w:tc>
        <w:tc>
          <w:tcPr>
            <w:tcW w:w="6768" w:type="dxa"/>
            <w:tcMar>
              <w:top w:w="80" w:type="dxa"/>
              <w:left w:w="100" w:type="dxa"/>
              <w:bottom w:w="80" w:type="dxa"/>
              <w:right w:w="100" w:type="dxa"/>
            </w:tcMar>
          </w:tcPr>
          <w:p w14:paraId="65270479" w14:textId="77777777" w:rsidR="00CC4682" w:rsidRPr="00D65E4F" w:rsidRDefault="00CC4682">
            <w:pPr>
              <w:rPr>
                <w:rFonts w:asciiTheme="majorHAnsi" w:hAnsiTheme="majorHAnsi" w:cstheme="majorHAnsi"/>
                <w:sz w:val="22"/>
              </w:rPr>
            </w:pPr>
          </w:p>
        </w:tc>
      </w:tr>
    </w:tbl>
    <w:p w14:paraId="460DC238" w14:textId="77777777" w:rsidR="00CC4682" w:rsidRPr="00D65E4F" w:rsidRDefault="00CC4682">
      <w:pPr>
        <w:spacing w:after="40"/>
        <w:rPr>
          <w:rFonts w:asciiTheme="majorHAnsi" w:hAnsiTheme="majorHAnsi" w:cstheme="majorHAnsi"/>
        </w:rPr>
      </w:pPr>
    </w:p>
    <w:p w14:paraId="18E0B4AA" w14:textId="77777777" w:rsidR="00CC4682" w:rsidRPr="00D65E4F" w:rsidRDefault="00000000">
      <w:pPr>
        <w:pStyle w:val="Heading2"/>
        <w:rPr>
          <w:rFonts w:cstheme="majorHAnsi"/>
          <w:color w:val="auto"/>
        </w:rPr>
      </w:pPr>
      <w:r w:rsidRPr="00D65E4F">
        <w:rPr>
          <w:rFonts w:cstheme="majorHAnsi"/>
          <w:color w:val="auto"/>
        </w:rPr>
        <w:t>Financial reconciliation</w:t>
      </w:r>
    </w:p>
    <w:tbl>
      <w:tblPr>
        <w:tblStyle w:val="TableGrid"/>
        <w:tblW w:w="0" w:type="auto"/>
        <w:jc w:val="center"/>
        <w:tblLook w:val="04A0" w:firstRow="1" w:lastRow="0" w:firstColumn="1" w:lastColumn="0" w:noHBand="0" w:noVBand="1"/>
      </w:tblPr>
      <w:tblGrid>
        <w:gridCol w:w="3240"/>
        <w:gridCol w:w="6768"/>
      </w:tblGrid>
      <w:tr w:rsidR="00CC4682" w:rsidRPr="00D65E4F" w14:paraId="4A2FD323" w14:textId="77777777">
        <w:trPr>
          <w:trHeight w:val="350"/>
          <w:jc w:val="center"/>
        </w:trPr>
        <w:tc>
          <w:tcPr>
            <w:tcW w:w="3240" w:type="dxa"/>
            <w:shd w:val="clear" w:color="auto" w:fill="D9D9D9"/>
            <w:tcMar>
              <w:top w:w="80" w:type="dxa"/>
              <w:left w:w="100" w:type="dxa"/>
              <w:bottom w:w="80" w:type="dxa"/>
              <w:right w:w="100" w:type="dxa"/>
            </w:tcMar>
          </w:tcPr>
          <w:p w14:paraId="7F7F9AD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Parish Council grant received/used</w:t>
            </w:r>
          </w:p>
        </w:tc>
        <w:tc>
          <w:tcPr>
            <w:tcW w:w="6768" w:type="dxa"/>
            <w:tcMar>
              <w:top w:w="80" w:type="dxa"/>
              <w:left w:w="100" w:type="dxa"/>
              <w:bottom w:w="80" w:type="dxa"/>
              <w:right w:w="100" w:type="dxa"/>
            </w:tcMar>
          </w:tcPr>
          <w:p w14:paraId="5D636BEA"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419F8DFB" w14:textId="77777777">
        <w:trPr>
          <w:trHeight w:val="350"/>
          <w:jc w:val="center"/>
        </w:trPr>
        <w:tc>
          <w:tcPr>
            <w:tcW w:w="3240" w:type="dxa"/>
            <w:shd w:val="clear" w:color="auto" w:fill="D9D9D9"/>
            <w:tcMar>
              <w:top w:w="80" w:type="dxa"/>
              <w:left w:w="100" w:type="dxa"/>
              <w:bottom w:w="80" w:type="dxa"/>
              <w:right w:w="100" w:type="dxa"/>
            </w:tcMar>
          </w:tcPr>
          <w:p w14:paraId="27C3CB7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Other grants/sponsorship received</w:t>
            </w:r>
          </w:p>
        </w:tc>
        <w:tc>
          <w:tcPr>
            <w:tcW w:w="6768" w:type="dxa"/>
            <w:tcMar>
              <w:top w:w="80" w:type="dxa"/>
              <w:left w:w="100" w:type="dxa"/>
              <w:bottom w:w="80" w:type="dxa"/>
              <w:right w:w="100" w:type="dxa"/>
            </w:tcMar>
          </w:tcPr>
          <w:p w14:paraId="1D6187B3"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26482197" w14:textId="77777777">
        <w:trPr>
          <w:trHeight w:val="350"/>
          <w:jc w:val="center"/>
        </w:trPr>
        <w:tc>
          <w:tcPr>
            <w:tcW w:w="3240" w:type="dxa"/>
            <w:shd w:val="clear" w:color="auto" w:fill="D9D9D9"/>
            <w:tcMar>
              <w:top w:w="80" w:type="dxa"/>
              <w:left w:w="100" w:type="dxa"/>
              <w:bottom w:w="80" w:type="dxa"/>
              <w:right w:w="100" w:type="dxa"/>
            </w:tcMar>
          </w:tcPr>
          <w:p w14:paraId="2116B99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Donations/fundraising received</w:t>
            </w:r>
          </w:p>
        </w:tc>
        <w:tc>
          <w:tcPr>
            <w:tcW w:w="6768" w:type="dxa"/>
            <w:tcMar>
              <w:top w:w="80" w:type="dxa"/>
              <w:left w:w="100" w:type="dxa"/>
              <w:bottom w:w="80" w:type="dxa"/>
              <w:right w:w="100" w:type="dxa"/>
            </w:tcMar>
          </w:tcPr>
          <w:p w14:paraId="7FDB974B"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741D3079" w14:textId="77777777">
        <w:trPr>
          <w:trHeight w:val="350"/>
          <w:jc w:val="center"/>
        </w:trPr>
        <w:tc>
          <w:tcPr>
            <w:tcW w:w="3240" w:type="dxa"/>
            <w:shd w:val="clear" w:color="auto" w:fill="D9D9D9"/>
            <w:tcMar>
              <w:top w:w="80" w:type="dxa"/>
              <w:left w:w="100" w:type="dxa"/>
              <w:bottom w:w="80" w:type="dxa"/>
              <w:right w:w="100" w:type="dxa"/>
            </w:tcMar>
          </w:tcPr>
          <w:p w14:paraId="383D75BF"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Ticket/admission/trading income</w:t>
            </w:r>
          </w:p>
        </w:tc>
        <w:tc>
          <w:tcPr>
            <w:tcW w:w="6768" w:type="dxa"/>
            <w:tcMar>
              <w:top w:w="80" w:type="dxa"/>
              <w:left w:w="100" w:type="dxa"/>
              <w:bottom w:w="80" w:type="dxa"/>
              <w:right w:w="100" w:type="dxa"/>
            </w:tcMar>
          </w:tcPr>
          <w:p w14:paraId="28DAFCB3"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44C970F8" w14:textId="77777777">
        <w:trPr>
          <w:trHeight w:val="350"/>
          <w:jc w:val="center"/>
        </w:trPr>
        <w:tc>
          <w:tcPr>
            <w:tcW w:w="3240" w:type="dxa"/>
            <w:shd w:val="clear" w:color="auto" w:fill="D9D9D9"/>
            <w:tcMar>
              <w:top w:w="80" w:type="dxa"/>
              <w:left w:w="100" w:type="dxa"/>
              <w:bottom w:w="80" w:type="dxa"/>
              <w:right w:w="100" w:type="dxa"/>
            </w:tcMar>
          </w:tcPr>
          <w:p w14:paraId="1ED97CCF"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Other project income</w:t>
            </w:r>
          </w:p>
        </w:tc>
        <w:tc>
          <w:tcPr>
            <w:tcW w:w="6768" w:type="dxa"/>
            <w:tcMar>
              <w:top w:w="80" w:type="dxa"/>
              <w:left w:w="100" w:type="dxa"/>
              <w:bottom w:w="80" w:type="dxa"/>
              <w:right w:w="100" w:type="dxa"/>
            </w:tcMar>
          </w:tcPr>
          <w:p w14:paraId="1895C594"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6865935D" w14:textId="77777777">
        <w:trPr>
          <w:trHeight w:val="350"/>
          <w:jc w:val="center"/>
        </w:trPr>
        <w:tc>
          <w:tcPr>
            <w:tcW w:w="3240" w:type="dxa"/>
            <w:shd w:val="clear" w:color="auto" w:fill="D9D9D9"/>
            <w:tcMar>
              <w:top w:w="80" w:type="dxa"/>
              <w:left w:w="100" w:type="dxa"/>
              <w:bottom w:w="80" w:type="dxa"/>
              <w:right w:w="100" w:type="dxa"/>
            </w:tcMar>
          </w:tcPr>
          <w:p w14:paraId="7EFFA864"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lastRenderedPageBreak/>
              <w:t>TOTAL PROJECT INCOME</w:t>
            </w:r>
          </w:p>
        </w:tc>
        <w:tc>
          <w:tcPr>
            <w:tcW w:w="6768" w:type="dxa"/>
            <w:tcMar>
              <w:top w:w="80" w:type="dxa"/>
              <w:left w:w="100" w:type="dxa"/>
              <w:bottom w:w="80" w:type="dxa"/>
              <w:right w:w="100" w:type="dxa"/>
            </w:tcMar>
          </w:tcPr>
          <w:p w14:paraId="30EBFD6A"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2626CDAD" w14:textId="77777777">
        <w:trPr>
          <w:trHeight w:val="350"/>
          <w:jc w:val="center"/>
        </w:trPr>
        <w:tc>
          <w:tcPr>
            <w:tcW w:w="3240" w:type="dxa"/>
            <w:shd w:val="clear" w:color="auto" w:fill="D9D9D9"/>
            <w:tcMar>
              <w:top w:w="80" w:type="dxa"/>
              <w:left w:w="100" w:type="dxa"/>
              <w:bottom w:w="80" w:type="dxa"/>
              <w:right w:w="100" w:type="dxa"/>
            </w:tcMar>
          </w:tcPr>
          <w:p w14:paraId="1BD3380B"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TOTAL PROJECT EXPENDITURE</w:t>
            </w:r>
          </w:p>
        </w:tc>
        <w:tc>
          <w:tcPr>
            <w:tcW w:w="6768" w:type="dxa"/>
            <w:tcMar>
              <w:top w:w="80" w:type="dxa"/>
              <w:left w:w="100" w:type="dxa"/>
              <w:bottom w:w="80" w:type="dxa"/>
              <w:right w:w="100" w:type="dxa"/>
            </w:tcMar>
          </w:tcPr>
          <w:p w14:paraId="1119CEFF"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63E158DE" w14:textId="77777777">
        <w:trPr>
          <w:trHeight w:val="350"/>
          <w:jc w:val="center"/>
        </w:trPr>
        <w:tc>
          <w:tcPr>
            <w:tcW w:w="3240" w:type="dxa"/>
            <w:shd w:val="clear" w:color="auto" w:fill="D9D9D9"/>
            <w:tcMar>
              <w:top w:w="80" w:type="dxa"/>
              <w:left w:w="100" w:type="dxa"/>
              <w:bottom w:w="80" w:type="dxa"/>
              <w:right w:w="100" w:type="dxa"/>
            </w:tcMar>
          </w:tcPr>
          <w:p w14:paraId="39AD32CD"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SURPLUS / (DEFICIT)</w:t>
            </w:r>
          </w:p>
        </w:tc>
        <w:tc>
          <w:tcPr>
            <w:tcW w:w="6768" w:type="dxa"/>
            <w:tcMar>
              <w:top w:w="80" w:type="dxa"/>
              <w:left w:w="100" w:type="dxa"/>
              <w:bottom w:w="80" w:type="dxa"/>
              <w:right w:w="100" w:type="dxa"/>
            </w:tcMar>
          </w:tcPr>
          <w:p w14:paraId="4482AADA"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w:t>
            </w:r>
          </w:p>
        </w:tc>
      </w:tr>
      <w:tr w:rsidR="00CC4682" w:rsidRPr="00D65E4F" w14:paraId="52703709" w14:textId="77777777">
        <w:trPr>
          <w:trHeight w:val="700"/>
          <w:jc w:val="center"/>
        </w:trPr>
        <w:tc>
          <w:tcPr>
            <w:tcW w:w="3240" w:type="dxa"/>
            <w:shd w:val="clear" w:color="auto" w:fill="D9D9D9"/>
            <w:tcMar>
              <w:top w:w="80" w:type="dxa"/>
              <w:left w:w="100" w:type="dxa"/>
              <w:bottom w:w="80" w:type="dxa"/>
              <w:right w:w="100" w:type="dxa"/>
            </w:tcMar>
          </w:tcPr>
          <w:p w14:paraId="571B1729"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If there was a surplus, explain where it is held and how it has been/will be used.</w:t>
            </w:r>
          </w:p>
        </w:tc>
        <w:tc>
          <w:tcPr>
            <w:tcW w:w="6768" w:type="dxa"/>
            <w:tcMar>
              <w:top w:w="80" w:type="dxa"/>
              <w:left w:w="100" w:type="dxa"/>
              <w:bottom w:w="80" w:type="dxa"/>
              <w:right w:w="100" w:type="dxa"/>
            </w:tcMar>
          </w:tcPr>
          <w:p w14:paraId="455469EB" w14:textId="77777777" w:rsidR="00CC4682" w:rsidRPr="00D65E4F" w:rsidRDefault="00CC4682">
            <w:pPr>
              <w:rPr>
                <w:rFonts w:asciiTheme="majorHAnsi" w:hAnsiTheme="majorHAnsi" w:cstheme="majorHAnsi"/>
                <w:sz w:val="22"/>
              </w:rPr>
            </w:pPr>
          </w:p>
        </w:tc>
      </w:tr>
      <w:tr w:rsidR="00CC4682" w:rsidRPr="00D65E4F" w14:paraId="7781ECE2" w14:textId="77777777">
        <w:trPr>
          <w:trHeight w:val="700"/>
          <w:jc w:val="center"/>
        </w:trPr>
        <w:tc>
          <w:tcPr>
            <w:tcW w:w="3240" w:type="dxa"/>
            <w:shd w:val="clear" w:color="auto" w:fill="D9D9D9"/>
            <w:tcMar>
              <w:top w:w="80" w:type="dxa"/>
              <w:left w:w="100" w:type="dxa"/>
              <w:bottom w:w="80" w:type="dxa"/>
              <w:right w:w="100" w:type="dxa"/>
            </w:tcMar>
          </w:tcPr>
          <w:p w14:paraId="35FC25D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If any Parish Council grant remains unspent or was not required for the approved purpose, state the amount and reason.</w:t>
            </w:r>
          </w:p>
        </w:tc>
        <w:tc>
          <w:tcPr>
            <w:tcW w:w="6768" w:type="dxa"/>
            <w:tcMar>
              <w:top w:w="80" w:type="dxa"/>
              <w:left w:w="100" w:type="dxa"/>
              <w:bottom w:w="80" w:type="dxa"/>
              <w:right w:w="100" w:type="dxa"/>
            </w:tcMar>
          </w:tcPr>
          <w:p w14:paraId="25458812"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 / explanation:</w:t>
            </w:r>
          </w:p>
        </w:tc>
      </w:tr>
    </w:tbl>
    <w:p w14:paraId="4E698BD8" w14:textId="77777777" w:rsidR="00CC4682" w:rsidRPr="00D65E4F" w:rsidRDefault="00CC4682">
      <w:pPr>
        <w:spacing w:after="40"/>
        <w:rPr>
          <w:rFonts w:asciiTheme="majorHAnsi" w:hAnsiTheme="majorHAnsi" w:cstheme="majorHAnsi"/>
        </w:rPr>
      </w:pPr>
    </w:p>
    <w:p w14:paraId="4226AD1E" w14:textId="77777777" w:rsidR="00CC4682" w:rsidRPr="00D65E4F" w:rsidRDefault="00000000">
      <w:pPr>
        <w:pStyle w:val="Heading2"/>
        <w:rPr>
          <w:rFonts w:cstheme="majorHAnsi"/>
          <w:color w:val="auto"/>
        </w:rPr>
      </w:pPr>
      <w:r w:rsidRPr="00D65E4F">
        <w:rPr>
          <w:rFonts w:cstheme="majorHAnsi"/>
          <w:color w:val="auto"/>
        </w:rPr>
        <w:t>Use of Parish Council funding</w:t>
      </w:r>
    </w:p>
    <w:tbl>
      <w:tblPr>
        <w:tblStyle w:val="TableGrid"/>
        <w:tblW w:w="0" w:type="auto"/>
        <w:jc w:val="center"/>
        <w:tblLook w:val="04A0" w:firstRow="1" w:lastRow="0" w:firstColumn="1" w:lastColumn="0" w:noHBand="0" w:noVBand="1"/>
      </w:tblPr>
      <w:tblGrid>
        <w:gridCol w:w="3240"/>
        <w:gridCol w:w="6768"/>
      </w:tblGrid>
      <w:tr w:rsidR="00CC4682" w:rsidRPr="00D65E4F" w14:paraId="69B6EC91" w14:textId="77777777">
        <w:trPr>
          <w:trHeight w:val="1100"/>
          <w:jc w:val="center"/>
        </w:trPr>
        <w:tc>
          <w:tcPr>
            <w:tcW w:w="3240" w:type="dxa"/>
            <w:shd w:val="clear" w:color="auto" w:fill="D9D9D9"/>
            <w:tcMar>
              <w:top w:w="80" w:type="dxa"/>
              <w:left w:w="100" w:type="dxa"/>
              <w:bottom w:w="80" w:type="dxa"/>
              <w:right w:w="100" w:type="dxa"/>
            </w:tcMar>
          </w:tcPr>
          <w:p w14:paraId="60CC34F5"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List the items/cost headings funded by the Parish Council grant</w:t>
            </w:r>
          </w:p>
        </w:tc>
        <w:tc>
          <w:tcPr>
            <w:tcW w:w="6768" w:type="dxa"/>
            <w:tcMar>
              <w:top w:w="80" w:type="dxa"/>
              <w:left w:w="100" w:type="dxa"/>
              <w:bottom w:w="80" w:type="dxa"/>
              <w:right w:w="100" w:type="dxa"/>
            </w:tcMar>
          </w:tcPr>
          <w:p w14:paraId="15188BC6" w14:textId="77777777" w:rsidR="00CC4682" w:rsidRPr="00D65E4F" w:rsidRDefault="00CC4682">
            <w:pPr>
              <w:rPr>
                <w:rFonts w:asciiTheme="majorHAnsi" w:hAnsiTheme="majorHAnsi" w:cstheme="majorHAnsi"/>
                <w:sz w:val="22"/>
              </w:rPr>
            </w:pPr>
          </w:p>
        </w:tc>
      </w:tr>
      <w:tr w:rsidR="00CC4682" w:rsidRPr="00D65E4F" w14:paraId="639009F4" w14:textId="77777777">
        <w:trPr>
          <w:trHeight w:val="600"/>
          <w:jc w:val="center"/>
        </w:trPr>
        <w:tc>
          <w:tcPr>
            <w:tcW w:w="3240" w:type="dxa"/>
            <w:shd w:val="clear" w:color="auto" w:fill="D9D9D9"/>
            <w:tcMar>
              <w:top w:w="80" w:type="dxa"/>
              <w:left w:w="100" w:type="dxa"/>
              <w:bottom w:w="80" w:type="dxa"/>
              <w:right w:w="100" w:type="dxa"/>
            </w:tcMar>
          </w:tcPr>
          <w:p w14:paraId="299E550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Were any payments made to a business/person connected with an officer/committee member?</w:t>
            </w:r>
          </w:p>
        </w:tc>
        <w:tc>
          <w:tcPr>
            <w:tcW w:w="6768" w:type="dxa"/>
            <w:tcMar>
              <w:top w:w="80" w:type="dxa"/>
              <w:left w:w="100" w:type="dxa"/>
              <w:bottom w:w="80" w:type="dxa"/>
              <w:right w:w="100" w:type="dxa"/>
            </w:tcMar>
          </w:tcPr>
          <w:p w14:paraId="3A3021DE"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No   </w:t>
            </w:r>
            <w:r w:rsidRPr="00D65E4F">
              <w:rPr>
                <w:rFonts w:ascii="Segoe UI Symbol" w:hAnsi="Segoe UI Symbol" w:cs="Segoe UI Symbol"/>
                <w:sz w:val="22"/>
              </w:rPr>
              <w:t>☐</w:t>
            </w:r>
            <w:r w:rsidRPr="00D65E4F">
              <w:rPr>
                <w:rFonts w:asciiTheme="majorHAnsi" w:hAnsiTheme="majorHAnsi" w:cstheme="majorHAnsi"/>
                <w:sz w:val="22"/>
              </w:rPr>
              <w:t xml:space="preserve"> Yes - details:</w:t>
            </w:r>
          </w:p>
        </w:tc>
      </w:tr>
      <w:tr w:rsidR="00CC4682" w:rsidRPr="00D65E4F" w14:paraId="5DBD1D98" w14:textId="77777777">
        <w:trPr>
          <w:trHeight w:val="650"/>
          <w:jc w:val="center"/>
        </w:trPr>
        <w:tc>
          <w:tcPr>
            <w:tcW w:w="3240" w:type="dxa"/>
            <w:shd w:val="clear" w:color="auto" w:fill="D9D9D9"/>
            <w:tcMar>
              <w:top w:w="80" w:type="dxa"/>
              <w:left w:w="100" w:type="dxa"/>
              <w:bottom w:w="80" w:type="dxa"/>
              <w:right w:w="100" w:type="dxa"/>
            </w:tcMar>
          </w:tcPr>
          <w:p w14:paraId="27DABA59"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Evidence attached</w:t>
            </w:r>
          </w:p>
        </w:tc>
        <w:tc>
          <w:tcPr>
            <w:tcW w:w="6768" w:type="dxa"/>
            <w:tcMar>
              <w:top w:w="80" w:type="dxa"/>
              <w:left w:w="100" w:type="dxa"/>
              <w:bottom w:w="80" w:type="dxa"/>
              <w:right w:w="100" w:type="dxa"/>
            </w:tcMar>
          </w:tcPr>
          <w:p w14:paraId="0D2BA09B" w14:textId="77777777" w:rsidR="00CC4682" w:rsidRPr="00D65E4F" w:rsidRDefault="00000000">
            <w:pPr>
              <w:rPr>
                <w:rFonts w:asciiTheme="majorHAnsi" w:hAnsiTheme="majorHAnsi" w:cstheme="majorHAnsi"/>
                <w:sz w:val="22"/>
              </w:rPr>
            </w:pPr>
            <w:r w:rsidRPr="00D65E4F">
              <w:rPr>
                <w:rFonts w:ascii="Segoe UI Symbol" w:hAnsi="Segoe UI Symbol" w:cs="Segoe UI Symbol"/>
                <w:sz w:val="22"/>
              </w:rPr>
              <w:t>☐</w:t>
            </w:r>
            <w:r w:rsidRPr="00D65E4F">
              <w:rPr>
                <w:rFonts w:asciiTheme="majorHAnsi" w:hAnsiTheme="majorHAnsi" w:cstheme="majorHAnsi"/>
                <w:sz w:val="22"/>
              </w:rPr>
              <w:t xml:space="preserve"> Invoices   </w:t>
            </w:r>
            <w:r w:rsidRPr="00D65E4F">
              <w:rPr>
                <w:rFonts w:ascii="Segoe UI Symbol" w:hAnsi="Segoe UI Symbol" w:cs="Segoe UI Symbol"/>
                <w:sz w:val="22"/>
              </w:rPr>
              <w:t>☐</w:t>
            </w:r>
            <w:r w:rsidRPr="00D65E4F">
              <w:rPr>
                <w:rFonts w:asciiTheme="majorHAnsi" w:hAnsiTheme="majorHAnsi" w:cstheme="majorHAnsi"/>
                <w:sz w:val="22"/>
              </w:rPr>
              <w:t xml:space="preserve"> Receipts   </w:t>
            </w:r>
            <w:r w:rsidRPr="00D65E4F">
              <w:rPr>
                <w:rFonts w:ascii="Segoe UI Symbol" w:hAnsi="Segoe UI Symbol" w:cs="Segoe UI Symbol"/>
                <w:sz w:val="22"/>
              </w:rPr>
              <w:t>☐</w:t>
            </w:r>
            <w:r w:rsidRPr="00D65E4F">
              <w:rPr>
                <w:rFonts w:asciiTheme="majorHAnsi" w:hAnsiTheme="majorHAnsi" w:cstheme="majorHAnsi"/>
                <w:sz w:val="22"/>
              </w:rPr>
              <w:t xml:space="preserve"> Relevant bank evidence   </w:t>
            </w:r>
            <w:r w:rsidRPr="00D65E4F">
              <w:rPr>
                <w:rFonts w:ascii="Segoe UI Symbol" w:hAnsi="Segoe UI Symbol" w:cs="Segoe UI Symbol"/>
                <w:sz w:val="22"/>
              </w:rPr>
              <w:t>☐</w:t>
            </w:r>
            <w:r w:rsidRPr="00D65E4F">
              <w:rPr>
                <w:rFonts w:asciiTheme="majorHAnsi" w:hAnsiTheme="majorHAnsi" w:cstheme="majorHAnsi"/>
                <w:sz w:val="22"/>
              </w:rPr>
              <w:t xml:space="preserve"> Attendance/beneficiary evidence   </w:t>
            </w:r>
            <w:r w:rsidRPr="00D65E4F">
              <w:rPr>
                <w:rFonts w:ascii="Segoe UI Symbol" w:hAnsi="Segoe UI Symbol" w:cs="Segoe UI Symbol"/>
                <w:sz w:val="22"/>
              </w:rPr>
              <w:t>☐</w:t>
            </w:r>
            <w:r w:rsidRPr="00D65E4F">
              <w:rPr>
                <w:rFonts w:asciiTheme="majorHAnsi" w:hAnsiTheme="majorHAnsi" w:cstheme="majorHAnsi"/>
                <w:sz w:val="22"/>
              </w:rPr>
              <w:t xml:space="preserve"> Other: ____________</w:t>
            </w:r>
          </w:p>
        </w:tc>
      </w:tr>
    </w:tbl>
    <w:p w14:paraId="3B252E67" w14:textId="77777777" w:rsidR="00CC4682" w:rsidRPr="00D65E4F" w:rsidRDefault="00CC4682">
      <w:pPr>
        <w:spacing w:after="40"/>
        <w:rPr>
          <w:rFonts w:asciiTheme="majorHAnsi" w:hAnsiTheme="majorHAnsi" w:cstheme="majorHAnsi"/>
        </w:rPr>
      </w:pPr>
    </w:p>
    <w:p w14:paraId="1C720B9F" w14:textId="77777777" w:rsidR="00CC4682" w:rsidRPr="00D65E4F" w:rsidRDefault="00000000">
      <w:pPr>
        <w:pStyle w:val="Heading2"/>
        <w:rPr>
          <w:rFonts w:cstheme="majorHAnsi"/>
          <w:color w:val="auto"/>
        </w:rPr>
      </w:pPr>
      <w:r w:rsidRPr="00D65E4F">
        <w:rPr>
          <w:rFonts w:cstheme="majorHAnsi"/>
          <w:color w:val="auto"/>
        </w:rPr>
        <w:t>Declaration</w:t>
      </w:r>
    </w:p>
    <w:p w14:paraId="5E34A34F" w14:textId="77777777" w:rsidR="00CC4682" w:rsidRPr="00D65E4F" w:rsidRDefault="00000000">
      <w:pPr>
        <w:rPr>
          <w:rFonts w:asciiTheme="majorHAnsi" w:hAnsiTheme="majorHAnsi" w:cstheme="majorHAnsi"/>
          <w:sz w:val="22"/>
        </w:rPr>
      </w:pPr>
      <w:r w:rsidRPr="00D65E4F">
        <w:rPr>
          <w:rFonts w:asciiTheme="majorHAnsi" w:hAnsiTheme="majorHAnsi" w:cstheme="majorHAnsi"/>
          <w:sz w:val="22"/>
        </w:rPr>
        <w:t>I confirm that this return gives a true and complete account of the project/event finances and use of the Parish Council grant, and that the supporting evidence supplied is genuine and relates to the funded activity.</w:t>
      </w:r>
    </w:p>
    <w:tbl>
      <w:tblPr>
        <w:tblStyle w:val="TableGrid"/>
        <w:tblW w:w="0" w:type="auto"/>
        <w:jc w:val="center"/>
        <w:tblLook w:val="04A0" w:firstRow="1" w:lastRow="0" w:firstColumn="1" w:lastColumn="0" w:noHBand="0" w:noVBand="1"/>
      </w:tblPr>
      <w:tblGrid>
        <w:gridCol w:w="3240"/>
        <w:gridCol w:w="6768"/>
      </w:tblGrid>
      <w:tr w:rsidR="00CC4682" w:rsidRPr="00D65E4F" w14:paraId="36041177" w14:textId="77777777">
        <w:trPr>
          <w:trHeight w:val="350"/>
          <w:jc w:val="center"/>
        </w:trPr>
        <w:tc>
          <w:tcPr>
            <w:tcW w:w="3240" w:type="dxa"/>
            <w:shd w:val="clear" w:color="auto" w:fill="D9D9D9"/>
            <w:tcMar>
              <w:top w:w="80" w:type="dxa"/>
              <w:left w:w="100" w:type="dxa"/>
              <w:bottom w:w="80" w:type="dxa"/>
              <w:right w:w="100" w:type="dxa"/>
            </w:tcMar>
          </w:tcPr>
          <w:p w14:paraId="2469F1A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Name</w:t>
            </w:r>
          </w:p>
        </w:tc>
        <w:tc>
          <w:tcPr>
            <w:tcW w:w="6768" w:type="dxa"/>
            <w:tcMar>
              <w:top w:w="80" w:type="dxa"/>
              <w:left w:w="100" w:type="dxa"/>
              <w:bottom w:w="80" w:type="dxa"/>
              <w:right w:w="100" w:type="dxa"/>
            </w:tcMar>
          </w:tcPr>
          <w:p w14:paraId="0F687959" w14:textId="77777777" w:rsidR="00CC4682" w:rsidRPr="00D65E4F" w:rsidRDefault="00CC4682">
            <w:pPr>
              <w:rPr>
                <w:rFonts w:asciiTheme="majorHAnsi" w:hAnsiTheme="majorHAnsi" w:cstheme="majorHAnsi"/>
                <w:sz w:val="22"/>
              </w:rPr>
            </w:pPr>
          </w:p>
        </w:tc>
      </w:tr>
      <w:tr w:rsidR="00CC4682" w:rsidRPr="00D65E4F" w14:paraId="7129F021" w14:textId="77777777">
        <w:trPr>
          <w:trHeight w:val="350"/>
          <w:jc w:val="center"/>
        </w:trPr>
        <w:tc>
          <w:tcPr>
            <w:tcW w:w="3240" w:type="dxa"/>
            <w:shd w:val="clear" w:color="auto" w:fill="D9D9D9"/>
            <w:tcMar>
              <w:top w:w="80" w:type="dxa"/>
              <w:left w:w="100" w:type="dxa"/>
              <w:bottom w:w="80" w:type="dxa"/>
              <w:right w:w="100" w:type="dxa"/>
            </w:tcMar>
          </w:tcPr>
          <w:p w14:paraId="551EDCAB"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Role</w:t>
            </w:r>
          </w:p>
        </w:tc>
        <w:tc>
          <w:tcPr>
            <w:tcW w:w="6768" w:type="dxa"/>
            <w:tcMar>
              <w:top w:w="80" w:type="dxa"/>
              <w:left w:w="100" w:type="dxa"/>
              <w:bottom w:w="80" w:type="dxa"/>
              <w:right w:w="100" w:type="dxa"/>
            </w:tcMar>
          </w:tcPr>
          <w:p w14:paraId="1C046F2E" w14:textId="77777777" w:rsidR="00CC4682" w:rsidRPr="00D65E4F" w:rsidRDefault="00CC4682">
            <w:pPr>
              <w:rPr>
                <w:rFonts w:asciiTheme="majorHAnsi" w:hAnsiTheme="majorHAnsi" w:cstheme="majorHAnsi"/>
                <w:sz w:val="22"/>
              </w:rPr>
            </w:pPr>
          </w:p>
        </w:tc>
      </w:tr>
      <w:tr w:rsidR="00CC4682" w:rsidRPr="00D65E4F" w14:paraId="3DF900FF" w14:textId="77777777">
        <w:trPr>
          <w:trHeight w:val="400"/>
          <w:jc w:val="center"/>
        </w:trPr>
        <w:tc>
          <w:tcPr>
            <w:tcW w:w="3240" w:type="dxa"/>
            <w:shd w:val="clear" w:color="auto" w:fill="D9D9D9"/>
            <w:tcMar>
              <w:top w:w="80" w:type="dxa"/>
              <w:left w:w="100" w:type="dxa"/>
              <w:bottom w:w="80" w:type="dxa"/>
              <w:right w:w="100" w:type="dxa"/>
            </w:tcMar>
          </w:tcPr>
          <w:p w14:paraId="70EE199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Signature</w:t>
            </w:r>
          </w:p>
        </w:tc>
        <w:tc>
          <w:tcPr>
            <w:tcW w:w="6768" w:type="dxa"/>
            <w:tcMar>
              <w:top w:w="80" w:type="dxa"/>
              <w:left w:w="100" w:type="dxa"/>
              <w:bottom w:w="80" w:type="dxa"/>
              <w:right w:w="100" w:type="dxa"/>
            </w:tcMar>
          </w:tcPr>
          <w:p w14:paraId="7957F258" w14:textId="77777777" w:rsidR="00CC4682" w:rsidRPr="00D65E4F" w:rsidRDefault="00CC4682">
            <w:pPr>
              <w:rPr>
                <w:rFonts w:asciiTheme="majorHAnsi" w:hAnsiTheme="majorHAnsi" w:cstheme="majorHAnsi"/>
                <w:sz w:val="22"/>
              </w:rPr>
            </w:pPr>
          </w:p>
        </w:tc>
      </w:tr>
      <w:tr w:rsidR="00CC4682" w:rsidRPr="00D65E4F" w14:paraId="64DE4438" w14:textId="77777777">
        <w:trPr>
          <w:trHeight w:val="350"/>
          <w:jc w:val="center"/>
        </w:trPr>
        <w:tc>
          <w:tcPr>
            <w:tcW w:w="3240" w:type="dxa"/>
            <w:shd w:val="clear" w:color="auto" w:fill="D9D9D9"/>
            <w:tcMar>
              <w:top w:w="80" w:type="dxa"/>
              <w:left w:w="100" w:type="dxa"/>
              <w:bottom w:w="80" w:type="dxa"/>
              <w:right w:w="100" w:type="dxa"/>
            </w:tcMar>
          </w:tcPr>
          <w:p w14:paraId="14A80730"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Date</w:t>
            </w:r>
          </w:p>
        </w:tc>
        <w:tc>
          <w:tcPr>
            <w:tcW w:w="6768" w:type="dxa"/>
            <w:tcMar>
              <w:top w:w="80" w:type="dxa"/>
              <w:left w:w="100" w:type="dxa"/>
              <w:bottom w:w="80" w:type="dxa"/>
              <w:right w:w="100" w:type="dxa"/>
            </w:tcMar>
          </w:tcPr>
          <w:p w14:paraId="0D287A08" w14:textId="77777777" w:rsidR="00CC4682" w:rsidRPr="00D65E4F" w:rsidRDefault="00CC4682">
            <w:pPr>
              <w:rPr>
                <w:rFonts w:asciiTheme="majorHAnsi" w:hAnsiTheme="majorHAnsi" w:cstheme="majorHAnsi"/>
                <w:sz w:val="22"/>
              </w:rPr>
            </w:pPr>
          </w:p>
        </w:tc>
      </w:tr>
    </w:tbl>
    <w:p w14:paraId="3DEC04D7" w14:textId="77777777" w:rsidR="00CC4682" w:rsidRPr="00D65E4F" w:rsidRDefault="00CC4682">
      <w:pPr>
        <w:spacing w:after="40"/>
        <w:rPr>
          <w:rFonts w:asciiTheme="majorHAnsi" w:hAnsiTheme="majorHAnsi" w:cstheme="majorHAnsi"/>
        </w:rPr>
      </w:pPr>
    </w:p>
    <w:p w14:paraId="2282868C" w14:textId="77777777" w:rsidR="00CC4682" w:rsidRPr="00D65E4F" w:rsidRDefault="00000000">
      <w:pPr>
        <w:pStyle w:val="Heading2"/>
        <w:rPr>
          <w:rFonts w:cstheme="majorHAnsi"/>
          <w:color w:val="auto"/>
        </w:rPr>
      </w:pPr>
      <w:r w:rsidRPr="00D65E4F">
        <w:rPr>
          <w:rFonts w:cstheme="majorHAnsi"/>
          <w:color w:val="auto"/>
        </w:rPr>
        <w:t>Council use only</w:t>
      </w:r>
    </w:p>
    <w:tbl>
      <w:tblPr>
        <w:tblStyle w:val="TableGrid"/>
        <w:tblW w:w="0" w:type="auto"/>
        <w:jc w:val="center"/>
        <w:tblLook w:val="04A0" w:firstRow="1" w:lastRow="0" w:firstColumn="1" w:lastColumn="0" w:noHBand="0" w:noVBand="1"/>
      </w:tblPr>
      <w:tblGrid>
        <w:gridCol w:w="3240"/>
        <w:gridCol w:w="6768"/>
      </w:tblGrid>
      <w:tr w:rsidR="00CC4682" w:rsidRPr="00D65E4F" w14:paraId="54376AF3" w14:textId="77777777">
        <w:trPr>
          <w:trHeight w:val="350"/>
          <w:jc w:val="center"/>
        </w:trPr>
        <w:tc>
          <w:tcPr>
            <w:tcW w:w="3240" w:type="dxa"/>
            <w:shd w:val="clear" w:color="auto" w:fill="D9D9D9"/>
            <w:tcMar>
              <w:top w:w="80" w:type="dxa"/>
              <w:left w:w="100" w:type="dxa"/>
              <w:bottom w:w="80" w:type="dxa"/>
              <w:right w:w="100" w:type="dxa"/>
            </w:tcMar>
          </w:tcPr>
          <w:p w14:paraId="0470658E"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Monitoring checked by</w:t>
            </w:r>
          </w:p>
        </w:tc>
        <w:tc>
          <w:tcPr>
            <w:tcW w:w="6768" w:type="dxa"/>
            <w:tcMar>
              <w:top w:w="80" w:type="dxa"/>
              <w:left w:w="100" w:type="dxa"/>
              <w:bottom w:w="80" w:type="dxa"/>
              <w:right w:w="100" w:type="dxa"/>
            </w:tcMar>
          </w:tcPr>
          <w:p w14:paraId="66F4B101" w14:textId="77777777" w:rsidR="00CC4682" w:rsidRPr="00D65E4F" w:rsidRDefault="00CC4682">
            <w:pPr>
              <w:rPr>
                <w:rFonts w:asciiTheme="majorHAnsi" w:hAnsiTheme="majorHAnsi" w:cstheme="majorHAnsi"/>
                <w:sz w:val="22"/>
              </w:rPr>
            </w:pPr>
          </w:p>
        </w:tc>
      </w:tr>
      <w:tr w:rsidR="00CC4682" w:rsidRPr="00D65E4F" w14:paraId="5EC6BE43" w14:textId="77777777">
        <w:trPr>
          <w:trHeight w:val="650"/>
          <w:jc w:val="center"/>
        </w:trPr>
        <w:tc>
          <w:tcPr>
            <w:tcW w:w="3240" w:type="dxa"/>
            <w:shd w:val="clear" w:color="auto" w:fill="D9D9D9"/>
            <w:tcMar>
              <w:top w:w="80" w:type="dxa"/>
              <w:left w:w="100" w:type="dxa"/>
              <w:bottom w:w="80" w:type="dxa"/>
              <w:right w:w="100" w:type="dxa"/>
            </w:tcMar>
          </w:tcPr>
          <w:p w14:paraId="6D0EC238"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lastRenderedPageBreak/>
              <w:t>Further information required</w:t>
            </w:r>
          </w:p>
        </w:tc>
        <w:tc>
          <w:tcPr>
            <w:tcW w:w="6768" w:type="dxa"/>
            <w:tcMar>
              <w:top w:w="80" w:type="dxa"/>
              <w:left w:w="100" w:type="dxa"/>
              <w:bottom w:w="80" w:type="dxa"/>
              <w:right w:w="100" w:type="dxa"/>
            </w:tcMar>
          </w:tcPr>
          <w:p w14:paraId="6A3DC54B" w14:textId="77777777" w:rsidR="00CC4682" w:rsidRPr="00D65E4F" w:rsidRDefault="00CC4682">
            <w:pPr>
              <w:rPr>
                <w:rFonts w:asciiTheme="majorHAnsi" w:hAnsiTheme="majorHAnsi" w:cstheme="majorHAnsi"/>
                <w:sz w:val="22"/>
              </w:rPr>
            </w:pPr>
          </w:p>
        </w:tc>
      </w:tr>
      <w:tr w:rsidR="00CC4682" w:rsidRPr="00D65E4F" w14:paraId="45BE700C" w14:textId="77777777">
        <w:trPr>
          <w:trHeight w:val="750"/>
          <w:jc w:val="center"/>
        </w:trPr>
        <w:tc>
          <w:tcPr>
            <w:tcW w:w="3240" w:type="dxa"/>
            <w:shd w:val="clear" w:color="auto" w:fill="D9D9D9"/>
            <w:tcMar>
              <w:top w:w="80" w:type="dxa"/>
              <w:left w:w="100" w:type="dxa"/>
              <w:bottom w:w="80" w:type="dxa"/>
              <w:right w:w="100" w:type="dxa"/>
            </w:tcMar>
          </w:tcPr>
          <w:p w14:paraId="097DFF63"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Council decision/action (if applicable)</w:t>
            </w:r>
          </w:p>
        </w:tc>
        <w:tc>
          <w:tcPr>
            <w:tcW w:w="6768" w:type="dxa"/>
            <w:tcMar>
              <w:top w:w="80" w:type="dxa"/>
              <w:left w:w="100" w:type="dxa"/>
              <w:bottom w:w="80" w:type="dxa"/>
              <w:right w:w="100" w:type="dxa"/>
            </w:tcMar>
          </w:tcPr>
          <w:p w14:paraId="41BB33C9" w14:textId="77777777" w:rsidR="00CC4682" w:rsidRPr="00D65E4F" w:rsidRDefault="00CC4682">
            <w:pPr>
              <w:rPr>
                <w:rFonts w:asciiTheme="majorHAnsi" w:hAnsiTheme="majorHAnsi" w:cstheme="majorHAnsi"/>
                <w:sz w:val="22"/>
              </w:rPr>
            </w:pPr>
          </w:p>
        </w:tc>
      </w:tr>
      <w:tr w:rsidR="00CC4682" w:rsidRPr="00D65E4F" w14:paraId="0137801E" w14:textId="77777777">
        <w:trPr>
          <w:trHeight w:val="350"/>
          <w:jc w:val="center"/>
        </w:trPr>
        <w:tc>
          <w:tcPr>
            <w:tcW w:w="3240" w:type="dxa"/>
            <w:shd w:val="clear" w:color="auto" w:fill="D9D9D9"/>
            <w:tcMar>
              <w:top w:w="80" w:type="dxa"/>
              <w:left w:w="100" w:type="dxa"/>
              <w:bottom w:w="80" w:type="dxa"/>
              <w:right w:w="100" w:type="dxa"/>
            </w:tcMar>
          </w:tcPr>
          <w:p w14:paraId="35DD67E2" w14:textId="77777777" w:rsidR="00CC4682" w:rsidRPr="00D65E4F" w:rsidRDefault="00000000">
            <w:pPr>
              <w:rPr>
                <w:rFonts w:asciiTheme="majorHAnsi" w:hAnsiTheme="majorHAnsi" w:cstheme="majorHAnsi"/>
                <w:sz w:val="22"/>
              </w:rPr>
            </w:pPr>
            <w:r w:rsidRPr="00D65E4F">
              <w:rPr>
                <w:rFonts w:asciiTheme="majorHAnsi" w:hAnsiTheme="majorHAnsi" w:cstheme="majorHAnsi"/>
                <w:b/>
                <w:sz w:val="22"/>
              </w:rPr>
              <w:t>Minute reference</w:t>
            </w:r>
          </w:p>
        </w:tc>
        <w:tc>
          <w:tcPr>
            <w:tcW w:w="6768" w:type="dxa"/>
            <w:tcMar>
              <w:top w:w="80" w:type="dxa"/>
              <w:left w:w="100" w:type="dxa"/>
              <w:bottom w:w="80" w:type="dxa"/>
              <w:right w:w="100" w:type="dxa"/>
            </w:tcMar>
          </w:tcPr>
          <w:p w14:paraId="09E715AF" w14:textId="77777777" w:rsidR="00CC4682" w:rsidRPr="00D65E4F" w:rsidRDefault="00CC4682">
            <w:pPr>
              <w:rPr>
                <w:rFonts w:asciiTheme="majorHAnsi" w:hAnsiTheme="majorHAnsi" w:cstheme="majorHAnsi"/>
                <w:sz w:val="22"/>
              </w:rPr>
            </w:pPr>
          </w:p>
        </w:tc>
      </w:tr>
    </w:tbl>
    <w:p w14:paraId="493AB273" w14:textId="77777777" w:rsidR="00CC4682" w:rsidRDefault="00CC4682">
      <w:pPr>
        <w:spacing w:after="40"/>
      </w:pPr>
    </w:p>
    <w:sectPr w:rsidR="00CC4682" w:rsidSect="00034616">
      <w:headerReference w:type="default" r:id="rId8"/>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367CA" w14:textId="77777777" w:rsidR="001A3802" w:rsidRDefault="001A3802">
      <w:pPr>
        <w:spacing w:after="0" w:line="240" w:lineRule="auto"/>
      </w:pPr>
      <w:r>
        <w:separator/>
      </w:r>
    </w:p>
  </w:endnote>
  <w:endnote w:type="continuationSeparator" w:id="0">
    <w:p w14:paraId="31F09516" w14:textId="77777777" w:rsidR="001A3802" w:rsidRDefault="001A38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BA9FC" w14:textId="77777777" w:rsidR="00CC4682" w:rsidRDefault="00000000">
    <w:pPr>
      <w:pStyle w:val="Footer"/>
      <w:jc w:val="center"/>
    </w:pPr>
    <w:r>
      <w:rPr>
        <w:sz w:val="16"/>
      </w:rPr>
      <w:t xml:space="preserve">Wheldrake Parish Council  |  </w:t>
    </w:r>
    <w:r>
      <w:fldChar w:fldCharType="begin"/>
    </w:r>
    <w:r>
      <w:instrText>PAGE</w:instrText>
    </w:r>
    <w:r>
      <w:fldChar w:fldCharType="separate"/>
    </w:r>
    <w:r w:rsidR="00D65E4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60F945" w14:textId="77777777" w:rsidR="001A3802" w:rsidRDefault="001A3802">
      <w:pPr>
        <w:spacing w:after="0" w:line="240" w:lineRule="auto"/>
      </w:pPr>
      <w:r>
        <w:separator/>
      </w:r>
    </w:p>
  </w:footnote>
  <w:footnote w:type="continuationSeparator" w:id="0">
    <w:p w14:paraId="72AB394C" w14:textId="77777777" w:rsidR="001A3802" w:rsidRDefault="001A38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BA39F" w14:textId="77777777" w:rsidR="00CC4682" w:rsidRDefault="00000000">
    <w:pPr>
      <w:pStyle w:val="Header"/>
      <w:jc w:val="center"/>
    </w:pPr>
    <w:r>
      <w:rPr>
        <w:noProof/>
      </w:rPr>
      <w:drawing>
        <wp:inline distT="0" distB="0" distL="0" distR="0" wp14:anchorId="17BE426C" wp14:editId="7906F090">
          <wp:extent cx="2468880" cy="548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eldrake_logo.png"/>
                  <pic:cNvPicPr/>
                </pic:nvPicPr>
                <pic:blipFill>
                  <a:blip r:embed="rId1"/>
                  <a:stretch>
                    <a:fillRect/>
                  </a:stretch>
                </pic:blipFill>
                <pic:spPr>
                  <a:xfrm>
                    <a:off x="0" y="0"/>
                    <a:ext cx="2468880" cy="5486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7457236">
    <w:abstractNumId w:val="8"/>
  </w:num>
  <w:num w:numId="2" w16cid:durableId="131871142">
    <w:abstractNumId w:val="6"/>
  </w:num>
  <w:num w:numId="3" w16cid:durableId="462818548">
    <w:abstractNumId w:val="5"/>
  </w:num>
  <w:num w:numId="4" w16cid:durableId="258409481">
    <w:abstractNumId w:val="4"/>
  </w:num>
  <w:num w:numId="5" w16cid:durableId="1634213962">
    <w:abstractNumId w:val="7"/>
  </w:num>
  <w:num w:numId="6" w16cid:durableId="2124104520">
    <w:abstractNumId w:val="3"/>
  </w:num>
  <w:num w:numId="7" w16cid:durableId="929504925">
    <w:abstractNumId w:val="2"/>
  </w:num>
  <w:num w:numId="8" w16cid:durableId="1972974450">
    <w:abstractNumId w:val="1"/>
  </w:num>
  <w:num w:numId="9" w16cid:durableId="16935343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802"/>
    <w:rsid w:val="0029639D"/>
    <w:rsid w:val="00326F90"/>
    <w:rsid w:val="00A300AF"/>
    <w:rsid w:val="00AA1D8D"/>
    <w:rsid w:val="00B47730"/>
    <w:rsid w:val="00CB0664"/>
    <w:rsid w:val="00CC4682"/>
    <w:rsid w:val="00D65E4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D7D2DF"/>
  <w14:defaultImageDpi w14:val="300"/>
  <w15:docId w15:val="{CB8EEDBA-8AAF-450E-88EF-9EE12C8A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71B49"/>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71B49"/>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71B49"/>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1B4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3236</Words>
  <Characters>18446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Jessica Bedford</cp:lastModifiedBy>
  <cp:revision>2</cp:revision>
  <dcterms:created xsi:type="dcterms:W3CDTF">2026-09-23T16:10:00Z</dcterms:created>
  <dcterms:modified xsi:type="dcterms:W3CDTF">2026-09-23T16:10:00Z</dcterms:modified>
  <cp:category/>
</cp:coreProperties>
</file>