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808FA" w14:textId="77777777" w:rsidR="0003104B" w:rsidRPr="008A6E40" w:rsidRDefault="00000000">
      <w:pPr>
        <w:pStyle w:val="Title"/>
        <w:jc w:val="center"/>
        <w:rPr>
          <w:color w:val="auto"/>
        </w:rPr>
      </w:pPr>
      <w:r w:rsidRPr="008A6E40">
        <w:rPr>
          <w:color w:val="auto"/>
        </w:rPr>
        <w:t>Grant Completion &amp; Evaluation Form</w:t>
      </w:r>
    </w:p>
    <w:p w14:paraId="7CCB4333" w14:textId="77777777" w:rsidR="0003104B" w:rsidRPr="008A6E40" w:rsidRDefault="00000000">
      <w:pPr>
        <w:spacing w:after="120"/>
        <w:rPr>
          <w:sz w:val="22"/>
        </w:rPr>
      </w:pPr>
      <w:r w:rsidRPr="008A6E40">
        <w:rPr>
          <w:sz w:val="22"/>
        </w:rPr>
        <w:t>Please complete this form to enable Wheldrake Parish Council to monitor the use of the grant and establish how the funded project/event was delivered. The form seeks information relevant to the existing grant conditions, including how the funding was spent and evidence of expenditure.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106"/>
      </w:tblGrid>
      <w:tr w:rsidR="0003104B" w:rsidRPr="008A6E40" w14:paraId="42D684ED" w14:textId="77777777">
        <w:trPr>
          <w:trHeight w:val="33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DDFD75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Organisation/group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5123C9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:rsidRPr="008A6E40" w14:paraId="3E4706B6" w14:textId="77777777">
        <w:trPr>
          <w:trHeight w:val="33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B646B3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Project/event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C30941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:rsidRPr="008A6E40" w14:paraId="3FCD461E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D956F3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Grant awarded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E97228" w14:textId="0DC8DAA1" w:rsidR="0003104B" w:rsidRPr="008A6E40" w:rsidRDefault="0003104B">
            <w:pPr>
              <w:rPr>
                <w:sz w:val="22"/>
              </w:rPr>
            </w:pPr>
          </w:p>
        </w:tc>
      </w:tr>
      <w:tr w:rsidR="0003104B" w:rsidRPr="008A6E40" w14:paraId="3E3E6998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07C1B8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Date of award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9F7AFF" w14:textId="6D7819BE" w:rsidR="0003104B" w:rsidRPr="008A6E40" w:rsidRDefault="0003104B">
            <w:pPr>
              <w:rPr>
                <w:sz w:val="22"/>
              </w:rPr>
            </w:pPr>
          </w:p>
        </w:tc>
      </w:tr>
      <w:tr w:rsidR="0003104B" w:rsidRPr="008A6E40" w14:paraId="66343B3E" w14:textId="77777777">
        <w:trPr>
          <w:trHeight w:val="33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65C7B4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Main contact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AB3C48" w14:textId="33808443" w:rsidR="0003104B" w:rsidRPr="008A6E40" w:rsidRDefault="0003104B">
            <w:pPr>
              <w:rPr>
                <w:sz w:val="22"/>
              </w:rPr>
            </w:pPr>
          </w:p>
        </w:tc>
      </w:tr>
      <w:tr w:rsidR="0003104B" w:rsidRPr="008A6E40" w14:paraId="7E0314E8" w14:textId="77777777">
        <w:trPr>
          <w:trHeight w:val="33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D1B65A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Date project/event completed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4D8C11" w14:textId="77777777" w:rsidR="0003104B" w:rsidRPr="008A6E40" w:rsidRDefault="0003104B">
            <w:pPr>
              <w:rPr>
                <w:sz w:val="22"/>
              </w:rPr>
            </w:pPr>
          </w:p>
        </w:tc>
      </w:tr>
    </w:tbl>
    <w:p w14:paraId="318753D6" w14:textId="77777777" w:rsidR="0003104B" w:rsidRPr="008A6E40" w:rsidRDefault="00000000">
      <w:pPr>
        <w:pStyle w:val="Heading1"/>
        <w:rPr>
          <w:color w:val="auto"/>
        </w:rPr>
      </w:pPr>
      <w:r w:rsidRPr="008A6E40">
        <w:rPr>
          <w:color w:val="auto"/>
        </w:rPr>
        <w:t>1. Project delivery and community benefit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9"/>
        <w:gridCol w:w="5105"/>
      </w:tblGrid>
      <w:tr w:rsidR="0003104B" w14:paraId="0D19AD09" w14:textId="77777777">
        <w:trPr>
          <w:trHeight w:val="9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A80B9D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Briefly describe what was delivered and whether the project/event was completed as described in the application.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D25BD4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12BA46A6" w14:textId="77777777">
        <w:trPr>
          <w:trHeight w:val="6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0FDDA8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Who benefited from the project/event?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B73006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5D79B0EF" w14:textId="77777777">
        <w:trPr>
          <w:trHeight w:val="4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351A6F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Actual number of attendees/beneficiaries, if recorded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43DCC9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6B8BEFAD" w14:textId="77777777">
        <w:trPr>
          <w:trHeight w:val="8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859739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Please explain how the project/event benefited Wheldrake residents and whether the intended outcomes were achieved.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071A62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50B21CEB" w14:textId="77777777">
        <w:trPr>
          <w:trHeight w:val="7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76A406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Were there any significant changes to the project/event described in the application? If yes, explain what changed and why.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7F74D6" w14:textId="77777777" w:rsidR="0003104B" w:rsidRPr="008A6E40" w:rsidRDefault="0003104B">
            <w:pPr>
              <w:rPr>
                <w:sz w:val="22"/>
              </w:rPr>
            </w:pPr>
          </w:p>
        </w:tc>
      </w:tr>
    </w:tbl>
    <w:p w14:paraId="5D446A66" w14:textId="77777777" w:rsidR="0003104B" w:rsidRPr="008A6E40" w:rsidRDefault="00000000">
      <w:pPr>
        <w:pStyle w:val="Heading1"/>
        <w:rPr>
          <w:color w:val="auto"/>
        </w:rPr>
      </w:pPr>
      <w:r w:rsidRPr="008A6E40">
        <w:rPr>
          <w:color w:val="auto"/>
        </w:rPr>
        <w:t>2. Final project/event finances</w:t>
      </w:r>
    </w:p>
    <w:p w14:paraId="24B2B59B" w14:textId="77777777" w:rsidR="0003104B" w:rsidRPr="008A6E40" w:rsidRDefault="00000000">
      <w:pPr>
        <w:rPr>
          <w:sz w:val="22"/>
        </w:rPr>
      </w:pPr>
      <w:r w:rsidRPr="008A6E40">
        <w:rPr>
          <w:sz w:val="22"/>
        </w:rPr>
        <w:t>The original application asked for the full cost of the project and details of other funding. Please provide the final actual figures for comparison.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10"/>
        <w:gridCol w:w="5104"/>
      </w:tblGrid>
      <w:tr w:rsidR="0003104B" w14:paraId="22B6394B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EDBA05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Wheldrake Parish Council grant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06534C" w14:textId="495F24E2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£</w:t>
            </w:r>
          </w:p>
        </w:tc>
      </w:tr>
      <w:tr w:rsidR="0003104B" w14:paraId="454B950E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C0ABF1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Other grants/funding received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911125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£</w:t>
            </w:r>
          </w:p>
        </w:tc>
      </w:tr>
      <w:tr w:rsidR="0003104B" w14:paraId="264EEEA9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A2010A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Sponsorship/donations/fundraising received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0EDD5D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£</w:t>
            </w:r>
          </w:p>
        </w:tc>
      </w:tr>
      <w:tr w:rsidR="0003104B" w14:paraId="070F3767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2693E0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lastRenderedPageBreak/>
              <w:t>Ticket/admission or other event/project income, if applicable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C03C0FC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£</w:t>
            </w:r>
          </w:p>
        </w:tc>
      </w:tr>
      <w:tr w:rsidR="0003104B" w14:paraId="0EE58FE2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CD1234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Other income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404009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£</w:t>
            </w:r>
          </w:p>
        </w:tc>
      </w:tr>
      <w:tr w:rsidR="0003104B" w14:paraId="736912E6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CD9943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TOTAL ACTUAL PROJECT/EVENT INCOME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7D4FBE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£</w:t>
            </w:r>
          </w:p>
        </w:tc>
      </w:tr>
      <w:tr w:rsidR="0003104B" w14:paraId="12D48433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06EA75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TOTAL ACTUAL PROJECT/EVENT EXPENDITURE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5D495F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£</w:t>
            </w:r>
          </w:p>
        </w:tc>
      </w:tr>
      <w:tr w:rsidR="0003104B" w14:paraId="15C3C5B5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E06553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BALANCE / SURPLUS / (DEFICIT)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9C2853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£</w:t>
            </w:r>
          </w:p>
        </w:tc>
      </w:tr>
      <w:tr w:rsidR="0003104B" w14:paraId="1E85644F" w14:textId="77777777">
        <w:trPr>
          <w:trHeight w:val="6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846428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If there is a remaining balance/surplus, please explain what it represents and where it is currently held/intended to be used.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031D3B" w14:textId="77777777" w:rsidR="0003104B" w:rsidRPr="008A6E40" w:rsidRDefault="0003104B">
            <w:pPr>
              <w:rPr>
                <w:sz w:val="22"/>
              </w:rPr>
            </w:pPr>
          </w:p>
        </w:tc>
      </w:tr>
    </w:tbl>
    <w:p w14:paraId="28FD0880" w14:textId="77777777" w:rsidR="0003104B" w:rsidRPr="008A6E40" w:rsidRDefault="00000000">
      <w:pPr>
        <w:pStyle w:val="Heading1"/>
        <w:rPr>
          <w:color w:val="auto"/>
        </w:rPr>
      </w:pPr>
      <w:r w:rsidRPr="008A6E40">
        <w:rPr>
          <w:color w:val="auto"/>
        </w:rPr>
        <w:t>3. Use of the Parish Council grant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106"/>
      </w:tblGrid>
      <w:tr w:rsidR="0003104B" w14:paraId="5BB7C21A" w14:textId="77777777">
        <w:trPr>
          <w:trHeight w:val="11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3BD0DF" w14:textId="7D281063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 xml:space="preserve">Please provide a breakdown of how the </w:t>
            </w:r>
            <w:r w:rsidR="00614C43">
              <w:rPr>
                <w:b/>
                <w:sz w:val="22"/>
              </w:rPr>
              <w:t>P</w:t>
            </w:r>
            <w:r w:rsidRPr="008A6E40">
              <w:rPr>
                <w:b/>
                <w:sz w:val="22"/>
              </w:rPr>
              <w:t>arish Council grant was used, identifying each main item/cost and amount.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C8C199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39B594D8" w14:textId="77777777">
        <w:trPr>
          <w:trHeight w:val="10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39E5023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Please identify the suppliers/payees for expenditure met from the Parish Council grant, the goods/services supplied and amount paid.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752FBF" w14:textId="259DF2A3" w:rsidR="008802EA" w:rsidRPr="008802EA" w:rsidRDefault="008802EA">
            <w:pPr>
              <w:rPr>
                <w:b/>
                <w:bCs/>
                <w:sz w:val="22"/>
              </w:rPr>
            </w:pPr>
          </w:p>
        </w:tc>
      </w:tr>
      <w:tr w:rsidR="0003104B" w14:paraId="135C500E" w14:textId="77777777">
        <w:trPr>
          <w:trHeight w:val="4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1BEFE0" w14:textId="45E5D830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 xml:space="preserve">Was the whole </w:t>
            </w:r>
            <w:r w:rsidR="00614C43">
              <w:rPr>
                <w:b/>
                <w:sz w:val="22"/>
              </w:rPr>
              <w:t>grant award</w:t>
            </w:r>
            <w:r w:rsidRPr="008A6E40">
              <w:rPr>
                <w:b/>
                <w:sz w:val="22"/>
              </w:rPr>
              <w:t xml:space="preserve"> spent on the purpose/items for which the grant was awarded?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CE09D6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sz w:val="22"/>
              </w:rPr>
              <w:t>☐ Yes    ☐ No – please explain below</w:t>
            </w:r>
          </w:p>
        </w:tc>
      </w:tr>
      <w:tr w:rsidR="0003104B" w14:paraId="1B379591" w14:textId="77777777">
        <w:trPr>
          <w:trHeight w:val="7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77DF8F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If no, identify any amount unspent or used differently from the approved application and explain.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C84CD0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27275A94" w14:textId="77777777">
        <w:trPr>
          <w:trHeight w:val="6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719286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Were the actual costs materially different from those set out in the application? If yes, please explain the main differences.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0EF706" w14:textId="77777777" w:rsidR="0003104B" w:rsidRPr="008A6E40" w:rsidRDefault="0003104B">
            <w:pPr>
              <w:rPr>
                <w:sz w:val="22"/>
              </w:rPr>
            </w:pPr>
          </w:p>
        </w:tc>
      </w:tr>
    </w:tbl>
    <w:p w14:paraId="1648BA25" w14:textId="77777777" w:rsidR="0003104B" w:rsidRPr="008A6E40" w:rsidRDefault="00000000">
      <w:pPr>
        <w:pStyle w:val="Heading1"/>
        <w:rPr>
          <w:color w:val="auto"/>
        </w:rPr>
      </w:pPr>
      <w:r w:rsidRPr="008A6E40">
        <w:rPr>
          <w:color w:val="auto"/>
        </w:rPr>
        <w:t>4. Evidence of expenditure</w:t>
      </w:r>
    </w:p>
    <w:p w14:paraId="7F19E2E5" w14:textId="77777777" w:rsidR="0003104B" w:rsidRPr="008A6E40" w:rsidRDefault="00000000">
      <w:pPr>
        <w:rPr>
          <w:sz w:val="22"/>
        </w:rPr>
      </w:pPr>
      <w:r w:rsidRPr="008A6E40">
        <w:rPr>
          <w:sz w:val="22"/>
        </w:rPr>
        <w:t>Please provide evidence sufficient to account for the use of the Parish Council grant. Where the Council paid a supplier directly and already holds the invoice/payment record, identify the item but there is no need to provide a duplicate.</w:t>
      </w:r>
    </w:p>
    <w:p w14:paraId="1F227A02" w14:textId="10CDFABF" w:rsidR="0003104B" w:rsidRPr="008A6E40" w:rsidRDefault="00242BAC">
      <w:pPr>
        <w:pStyle w:val="ListBullet"/>
        <w:spacing w:after="20"/>
        <w:rPr>
          <w:sz w:val="22"/>
        </w:rPr>
      </w:pPr>
      <w:r w:rsidRPr="008A6E40">
        <w:rPr>
          <w:sz w:val="22"/>
        </w:rPr>
        <w:t>☐</w:t>
      </w:r>
      <w:r w:rsidR="00614C43" w:rsidRPr="008A6E40">
        <w:rPr>
          <w:sz w:val="22"/>
        </w:rPr>
        <w:t xml:space="preserve"> Invoices for expenditure funded by the Parish Council grant</w:t>
      </w:r>
    </w:p>
    <w:p w14:paraId="08AF5A4C" w14:textId="6468C6CD" w:rsidR="0003104B" w:rsidRPr="008A6E40" w:rsidRDefault="00242BAC">
      <w:pPr>
        <w:pStyle w:val="ListBullet"/>
        <w:spacing w:after="20"/>
        <w:rPr>
          <w:sz w:val="22"/>
        </w:rPr>
      </w:pPr>
      <w:r w:rsidRPr="008A6E40">
        <w:rPr>
          <w:sz w:val="22"/>
        </w:rPr>
        <w:t>☐</w:t>
      </w:r>
      <w:r w:rsidR="00614C43" w:rsidRPr="008A6E40">
        <w:rPr>
          <w:sz w:val="22"/>
        </w:rPr>
        <w:t xml:space="preserve"> Receipts or equivalent evidence where an invoice is not available</w:t>
      </w:r>
    </w:p>
    <w:p w14:paraId="4A27D898" w14:textId="5E0FB774" w:rsidR="0003104B" w:rsidRPr="008A6E40" w:rsidRDefault="00242BAC">
      <w:pPr>
        <w:pStyle w:val="ListBullet"/>
        <w:spacing w:after="20"/>
        <w:rPr>
          <w:sz w:val="22"/>
        </w:rPr>
      </w:pPr>
      <w:r w:rsidRPr="008A6E40">
        <w:rPr>
          <w:sz w:val="22"/>
        </w:rPr>
        <w:t>☐</w:t>
      </w:r>
      <w:r w:rsidR="00614C43" w:rsidRPr="008A6E40">
        <w:rPr>
          <w:sz w:val="22"/>
        </w:rPr>
        <w:t xml:space="preserve"> Evidence of payment, where reasonably available</w:t>
      </w:r>
    </w:p>
    <w:p w14:paraId="75AD27E4" w14:textId="77777777" w:rsidR="0003104B" w:rsidRPr="008A6E40" w:rsidRDefault="00000000">
      <w:pPr>
        <w:pStyle w:val="ListBullet"/>
        <w:spacing w:after="20"/>
        <w:rPr>
          <w:sz w:val="22"/>
        </w:rPr>
      </w:pPr>
      <w:r w:rsidRPr="008A6E40">
        <w:rPr>
          <w:sz w:val="22"/>
        </w:rPr>
        <w:t>☐ Final project/event income and expenditure statement or equivalent financial summary</w:t>
      </w:r>
    </w:p>
    <w:p w14:paraId="0EE04C85" w14:textId="77777777" w:rsidR="0003104B" w:rsidRPr="008A6E40" w:rsidRDefault="00000000">
      <w:pPr>
        <w:pStyle w:val="ListBullet"/>
        <w:spacing w:after="20"/>
        <w:rPr>
          <w:sz w:val="22"/>
        </w:rPr>
      </w:pPr>
      <w:r w:rsidRPr="008A6E40">
        <w:rPr>
          <w:sz w:val="22"/>
        </w:rPr>
        <w:t>☐ Other relevant evidence: ______________________________________________</w:t>
      </w:r>
    </w:p>
    <w:p w14:paraId="4DE43300" w14:textId="77777777" w:rsidR="0003104B" w:rsidRPr="008A6E40" w:rsidRDefault="00000000">
      <w:pPr>
        <w:pStyle w:val="Heading1"/>
        <w:rPr>
          <w:color w:val="auto"/>
        </w:rPr>
      </w:pPr>
      <w:r w:rsidRPr="008A6E40">
        <w:rPr>
          <w:color w:val="auto"/>
        </w:rPr>
        <w:lastRenderedPageBreak/>
        <w:t>5. Further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106"/>
      </w:tblGrid>
      <w:tr w:rsidR="0003104B" w14:paraId="434CEB5E" w14:textId="77777777">
        <w:trPr>
          <w:trHeight w:val="9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85790A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Is there anything else the Council should know to understand the final financial position or delivery of the project/event?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816002" w14:textId="77777777" w:rsidR="0003104B" w:rsidRDefault="0003104B"/>
        </w:tc>
      </w:tr>
      <w:tr w:rsidR="0003104B" w14:paraId="5C1CEAFA" w14:textId="77777777">
        <w:trPr>
          <w:trHeight w:val="6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EE494A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Please list any supporting documents attached to this return.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87E9B69" w14:textId="77777777" w:rsidR="0003104B" w:rsidRDefault="0003104B"/>
        </w:tc>
      </w:tr>
    </w:tbl>
    <w:p w14:paraId="379779FD" w14:textId="77777777" w:rsidR="0003104B" w:rsidRPr="008A6E40" w:rsidRDefault="00000000">
      <w:pPr>
        <w:pStyle w:val="Heading1"/>
        <w:rPr>
          <w:color w:val="auto"/>
        </w:rPr>
      </w:pPr>
      <w:r w:rsidRPr="008A6E40">
        <w:rPr>
          <w:color w:val="auto"/>
        </w:rPr>
        <w:t>6. Declaration</w:t>
      </w:r>
    </w:p>
    <w:p w14:paraId="492FA4BE" w14:textId="77777777" w:rsidR="0003104B" w:rsidRPr="008A6E40" w:rsidRDefault="00000000">
      <w:pPr>
        <w:rPr>
          <w:sz w:val="22"/>
        </w:rPr>
      </w:pPr>
      <w:r w:rsidRPr="008A6E40">
        <w:rPr>
          <w:sz w:val="22"/>
        </w:rPr>
        <w:t>I confirm that, to the best of my knowledge, the information supplied in this return is accurate and provides a true account of how the Wheldrake Parish Council grant was used.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106"/>
      </w:tblGrid>
      <w:tr w:rsidR="0003104B" w:rsidRPr="008A6E40" w14:paraId="621A3136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CFF1F4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Name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81EAD2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:rsidRPr="008A6E40" w14:paraId="34B3A9C2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DEC3EE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Role in group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0F36BB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:rsidRPr="008A6E40" w14:paraId="76AC1B6B" w14:textId="77777777">
        <w:trPr>
          <w:trHeight w:val="3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843AD6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Signature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D208E5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:rsidRPr="008A6E40" w14:paraId="1768B136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A4DD18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Date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C2BA10" w14:textId="77777777" w:rsidR="0003104B" w:rsidRPr="008A6E40" w:rsidRDefault="0003104B">
            <w:pPr>
              <w:rPr>
                <w:sz w:val="22"/>
              </w:rPr>
            </w:pPr>
          </w:p>
        </w:tc>
      </w:tr>
    </w:tbl>
    <w:p w14:paraId="43695957" w14:textId="77777777" w:rsidR="0003104B" w:rsidRPr="008A6E40" w:rsidRDefault="00000000">
      <w:pPr>
        <w:pStyle w:val="Heading1"/>
        <w:rPr>
          <w:color w:val="auto"/>
        </w:rPr>
      </w:pPr>
      <w:r w:rsidRPr="008A6E40">
        <w:rPr>
          <w:color w:val="auto"/>
        </w:rPr>
        <w:t>Council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106"/>
      </w:tblGrid>
      <w:tr w:rsidR="0003104B" w14:paraId="74E7861E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952411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Return received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956243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7EC9D810" w14:textId="77777777">
        <w:trPr>
          <w:trHeight w:val="3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112EAC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Evidence checked by Clerk/RFO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386D67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5CC35B0E" w14:textId="77777777">
        <w:trPr>
          <w:trHeight w:val="5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72E13D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Further information requested (if any)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37ABB6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40722E34" w14:textId="77777777">
        <w:trPr>
          <w:trHeight w:val="5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88FE54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Any unspent or expenditure outside the approved purpose identified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91B8FB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2B863DFB" w14:textId="77777777">
        <w:trPr>
          <w:trHeight w:val="65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63637E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Council consideration/action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ECDA7A" w14:textId="77777777" w:rsidR="0003104B" w:rsidRPr="008A6E40" w:rsidRDefault="0003104B">
            <w:pPr>
              <w:rPr>
                <w:sz w:val="22"/>
              </w:rPr>
            </w:pPr>
          </w:p>
        </w:tc>
      </w:tr>
      <w:tr w:rsidR="0003104B" w14:paraId="1B1B2C62" w14:textId="77777777">
        <w:trPr>
          <w:trHeight w:val="300"/>
          <w:jc w:val="center"/>
        </w:trPr>
        <w:tc>
          <w:tcPr>
            <w:tcW w:w="5112" w:type="dxa"/>
            <w:shd w:val="clear" w:color="auto" w:fill="D9D9D9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04A0D8" w14:textId="77777777" w:rsidR="0003104B" w:rsidRPr="008A6E40" w:rsidRDefault="00000000">
            <w:pPr>
              <w:rPr>
                <w:sz w:val="22"/>
              </w:rPr>
            </w:pPr>
            <w:r w:rsidRPr="008A6E40">
              <w:rPr>
                <w:b/>
                <w:sz w:val="22"/>
              </w:rPr>
              <w:t>Minute reference</w:t>
            </w:r>
          </w:p>
        </w:tc>
        <w:tc>
          <w:tcPr>
            <w:tcW w:w="5112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9B766E" w14:textId="77777777" w:rsidR="0003104B" w:rsidRPr="008A6E40" w:rsidRDefault="0003104B">
            <w:pPr>
              <w:rPr>
                <w:sz w:val="22"/>
              </w:rPr>
            </w:pPr>
          </w:p>
        </w:tc>
      </w:tr>
    </w:tbl>
    <w:p w14:paraId="7C827DF2" w14:textId="77777777" w:rsidR="0003104B" w:rsidRDefault="0003104B">
      <w:pPr>
        <w:spacing w:after="20"/>
      </w:pPr>
    </w:p>
    <w:sectPr w:rsidR="0003104B" w:rsidSect="00034616">
      <w:headerReference w:type="default" r:id="rId8"/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CF05C" w14:textId="77777777" w:rsidR="00CD7495" w:rsidRDefault="00CD7495">
      <w:pPr>
        <w:spacing w:after="0" w:line="240" w:lineRule="auto"/>
      </w:pPr>
      <w:r>
        <w:separator/>
      </w:r>
    </w:p>
  </w:endnote>
  <w:endnote w:type="continuationSeparator" w:id="0">
    <w:p w14:paraId="09FA0ECD" w14:textId="77777777" w:rsidR="00CD7495" w:rsidRDefault="00CD7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544E8" w14:textId="77777777" w:rsidR="0003104B" w:rsidRDefault="00000000">
    <w:pPr>
      <w:pStyle w:val="Footer"/>
      <w:jc w:val="center"/>
    </w:pPr>
    <w:r>
      <w:rPr>
        <w:sz w:val="16"/>
      </w:rPr>
      <w:t>Wheldrake Parish Council  |  Grant Evaluation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63655" w14:textId="77777777" w:rsidR="00CD7495" w:rsidRDefault="00CD7495">
      <w:pPr>
        <w:spacing w:after="0" w:line="240" w:lineRule="auto"/>
      </w:pPr>
      <w:r>
        <w:separator/>
      </w:r>
    </w:p>
  </w:footnote>
  <w:footnote w:type="continuationSeparator" w:id="0">
    <w:p w14:paraId="5C9A2B8C" w14:textId="77777777" w:rsidR="00CD7495" w:rsidRDefault="00CD7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30F29" w14:textId="77777777" w:rsidR="0003104B" w:rsidRDefault="00000000">
    <w:pPr>
      <w:pStyle w:val="Header"/>
      <w:jc w:val="center"/>
    </w:pPr>
    <w:r>
      <w:rPr>
        <w:noProof/>
      </w:rPr>
      <w:drawing>
        <wp:inline distT="0" distB="0" distL="0" distR="0" wp14:anchorId="3B63E7DF" wp14:editId="02C339F8">
          <wp:extent cx="2286000" cy="50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eldrake_eval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8538717">
    <w:abstractNumId w:val="8"/>
  </w:num>
  <w:num w:numId="2" w16cid:durableId="1291395625">
    <w:abstractNumId w:val="6"/>
  </w:num>
  <w:num w:numId="3" w16cid:durableId="1677658097">
    <w:abstractNumId w:val="5"/>
  </w:num>
  <w:num w:numId="4" w16cid:durableId="1790011778">
    <w:abstractNumId w:val="4"/>
  </w:num>
  <w:num w:numId="5" w16cid:durableId="1849170753">
    <w:abstractNumId w:val="7"/>
  </w:num>
  <w:num w:numId="6" w16cid:durableId="198783452">
    <w:abstractNumId w:val="3"/>
  </w:num>
  <w:num w:numId="7" w16cid:durableId="1035158405">
    <w:abstractNumId w:val="2"/>
  </w:num>
  <w:num w:numId="8" w16cid:durableId="1678730178">
    <w:abstractNumId w:val="1"/>
  </w:num>
  <w:num w:numId="9" w16cid:durableId="213660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04B"/>
    <w:rsid w:val="00034616"/>
    <w:rsid w:val="0006063C"/>
    <w:rsid w:val="0015074B"/>
    <w:rsid w:val="00185061"/>
    <w:rsid w:val="00242BAC"/>
    <w:rsid w:val="0029639D"/>
    <w:rsid w:val="00326F90"/>
    <w:rsid w:val="00614C43"/>
    <w:rsid w:val="00651483"/>
    <w:rsid w:val="00827332"/>
    <w:rsid w:val="008802EA"/>
    <w:rsid w:val="008A6E40"/>
    <w:rsid w:val="00AA1D8D"/>
    <w:rsid w:val="00B47730"/>
    <w:rsid w:val="00CB0664"/>
    <w:rsid w:val="00CD7495"/>
    <w:rsid w:val="00D500A1"/>
    <w:rsid w:val="00F966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30E848"/>
  <w14:defaultImageDpi w14:val="300"/>
  <w15:docId w15:val="{CB8EEDBA-8AAF-450E-88EF-9EE12C8A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1B4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1B49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1B4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Bedford</cp:lastModifiedBy>
  <cp:revision>3</cp:revision>
  <dcterms:created xsi:type="dcterms:W3CDTF">2026-09-24T10:27:00Z</dcterms:created>
  <dcterms:modified xsi:type="dcterms:W3CDTF">2026-09-24T10:27:00Z</dcterms:modified>
  <cp:category/>
</cp:coreProperties>
</file>